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2D4FC" w14:textId="7044A315" w:rsidR="00AA3074" w:rsidRDefault="00986054">
      <w:pPr>
        <w:jc w:val="center"/>
      </w:pPr>
      <w:r w:rsidRPr="008B4CE5">
        <w:rPr>
          <w:rFonts w:ascii="Arial" w:hAnsi="Arial" w:cs="Arial"/>
          <w:bCs/>
          <w:sz w:val="24"/>
          <w:szCs w:val="24"/>
        </w:rPr>
        <w:t>PATIENT NEWS &amp; HEALTH UPDATE</w:t>
      </w:r>
      <w:r w:rsidR="003460E7">
        <w:rPr>
          <w:rFonts w:ascii="Arial" w:hAnsi="Arial" w:cs="Arial"/>
          <w:b/>
          <w:sz w:val="28"/>
          <w:szCs w:val="28"/>
        </w:rPr>
        <w:t xml:space="preserve"> – Summer </w:t>
      </w:r>
      <w:r w:rsidR="0076142E">
        <w:rPr>
          <w:rFonts w:ascii="Arial" w:hAnsi="Arial" w:cs="Arial"/>
          <w:b/>
          <w:sz w:val="28"/>
          <w:szCs w:val="28"/>
        </w:rPr>
        <w:t>2026</w:t>
      </w:r>
    </w:p>
    <w:p w14:paraId="34718CDB" w14:textId="5791970B" w:rsidR="00AA3074" w:rsidRPr="0076142E" w:rsidRDefault="00986054" w:rsidP="003460E7">
      <w:pPr>
        <w:jc w:val="center"/>
        <w:rPr>
          <w:rFonts w:ascii="Arial" w:hAnsi="Arial" w:cs="Arial"/>
          <w:b/>
          <w:color w:val="005EB8"/>
        </w:rPr>
      </w:pPr>
      <w:r w:rsidRPr="0076142E">
        <w:rPr>
          <w:rFonts w:ascii="Arial" w:hAnsi="Arial" w:cs="Arial"/>
        </w:rPr>
        <w:t>Get involved • Stay informed • Help shape your practice</w:t>
      </w:r>
      <w:r w:rsidR="003460E7" w:rsidRPr="0076142E">
        <w:rPr>
          <w:rFonts w:ascii="Arial" w:hAnsi="Arial" w:cs="Arial"/>
        </w:rPr>
        <w:t xml:space="preserve"> </w:t>
      </w:r>
    </w:p>
    <w:tbl>
      <w:tblPr>
        <w:tblStyle w:val="TableGrid"/>
        <w:tblW w:w="11047" w:type="dxa"/>
        <w:tblLook w:val="04A0" w:firstRow="1" w:lastRow="0" w:firstColumn="1" w:lastColumn="0" w:noHBand="0" w:noVBand="1"/>
      </w:tblPr>
      <w:tblGrid>
        <w:gridCol w:w="5894"/>
        <w:gridCol w:w="5153"/>
      </w:tblGrid>
      <w:tr w:rsidR="00D33F66" w:rsidRPr="00825EAD" w14:paraId="0238809E" w14:textId="77777777" w:rsidTr="006051DB">
        <w:tc>
          <w:tcPr>
            <w:tcW w:w="5894" w:type="dxa"/>
          </w:tcPr>
          <w:p w14:paraId="440083A3" w14:textId="2569C400" w:rsidR="00CD6F9A" w:rsidRPr="00825EAD" w:rsidRDefault="00CD6F9A" w:rsidP="00CD6F9A">
            <w:pPr>
              <w:spacing w:after="160" w:line="278" w:lineRule="auto"/>
              <w:rPr>
                <w:rFonts w:ascii="Arial" w:hAnsi="Arial" w:cs="Arial"/>
                <w:b/>
              </w:rPr>
            </w:pPr>
            <w:r w:rsidRPr="00825EAD">
              <w:rPr>
                <w:rFonts w:ascii="Segoe UI Emoji" w:hAnsi="Segoe UI Emoji" w:cs="Segoe UI Emoji"/>
                <w:b/>
              </w:rPr>
              <w:t>🏥</w:t>
            </w:r>
            <w:r w:rsidRPr="00825EAD">
              <w:rPr>
                <w:rFonts w:ascii="Arial" w:hAnsi="Arial" w:cs="Arial"/>
                <w:b/>
              </w:rPr>
              <w:t xml:space="preserve"> PRACTICE </w:t>
            </w:r>
            <w:r w:rsidR="00B71E64">
              <w:rPr>
                <w:rFonts w:ascii="Arial" w:hAnsi="Arial" w:cs="Arial"/>
                <w:b/>
              </w:rPr>
              <w:t>ACCESS AND CARE NAVIGATION</w:t>
            </w:r>
          </w:p>
          <w:p w14:paraId="2D65CA9E" w14:textId="018FA910" w:rsidR="0085516B" w:rsidRDefault="0085516B" w:rsidP="0085516B">
            <w:pPr>
              <w:pStyle w:val="NoSpacing"/>
              <w:rPr>
                <w:rFonts w:ascii="Arial" w:hAnsi="Arial" w:cs="Arial"/>
              </w:rPr>
            </w:pPr>
            <w:r w:rsidRPr="0085516B">
              <w:rPr>
                <w:rFonts w:ascii="Arial" w:hAnsi="Arial" w:cs="Arial"/>
                <w:lang w:val="en-GB"/>
              </w:rPr>
              <w:t xml:space="preserve">At Wootton Medical Centre, our Reception Team are highly trained Care Navigators who help direct patients to the most appropriate healthcare professional for their needs. This ensures you receive timely care from the right clinician and helps keep GP appointments available for those who need them most. In many cases, another member of our healthcare team, or your local pharmacy through the </w:t>
            </w:r>
            <w:r w:rsidRPr="0085516B">
              <w:rPr>
                <w:rFonts w:ascii="Arial" w:hAnsi="Arial" w:cs="Arial"/>
                <w:b/>
                <w:bCs/>
                <w:lang w:val="en-GB"/>
              </w:rPr>
              <w:t>Pharmacy First service</w:t>
            </w:r>
            <w:r w:rsidRPr="0085516B">
              <w:rPr>
                <w:rFonts w:ascii="Arial" w:hAnsi="Arial" w:cs="Arial"/>
                <w:lang w:val="en-GB"/>
              </w:rPr>
              <w:t>, may be able to provide the support you need more quickly.</w:t>
            </w:r>
            <w:r w:rsidR="00146F83">
              <w:rPr>
                <w:rFonts w:ascii="Arial" w:hAnsi="Arial" w:cs="Arial"/>
                <w:lang w:val="en-GB"/>
              </w:rPr>
              <w:t xml:space="preserve"> </w:t>
            </w:r>
            <w:r w:rsidR="00146F83" w:rsidRPr="00825EAD">
              <w:rPr>
                <w:rFonts w:ascii="Arial" w:hAnsi="Arial" w:cs="Arial"/>
              </w:rPr>
              <w:t>The right care from the right professional at the right time.</w:t>
            </w:r>
          </w:p>
          <w:p w14:paraId="0FFFB5DC" w14:textId="77777777" w:rsidR="00146F83" w:rsidRPr="00146F83" w:rsidRDefault="00146F83" w:rsidP="0085516B">
            <w:pPr>
              <w:pStyle w:val="NoSpacing"/>
              <w:rPr>
                <w:rFonts w:ascii="Arial" w:hAnsi="Arial" w:cs="Arial"/>
              </w:rPr>
            </w:pPr>
          </w:p>
          <w:p w14:paraId="5BDF5458" w14:textId="77777777" w:rsidR="00CD6F9A" w:rsidRPr="00825EAD" w:rsidRDefault="00CD6F9A" w:rsidP="00CD6F9A">
            <w:pPr>
              <w:pStyle w:val="NoSpacing"/>
              <w:rPr>
                <w:rFonts w:ascii="Arial" w:hAnsi="Arial" w:cs="Arial"/>
              </w:rPr>
            </w:pPr>
            <w:r w:rsidRPr="00825EAD">
              <w:rPr>
                <w:rFonts w:ascii="Segoe UI Emoji" w:hAnsi="Segoe UI Emoji" w:cs="Segoe UI Emoji"/>
              </w:rPr>
              <w:t>✅</w:t>
            </w:r>
            <w:r w:rsidRPr="00825EAD">
              <w:rPr>
                <w:rFonts w:ascii="Arial" w:hAnsi="Arial" w:cs="Arial"/>
              </w:rPr>
              <w:t xml:space="preserve"> Clinical Pharmacists</w:t>
            </w:r>
          </w:p>
          <w:p w14:paraId="21B38F9C" w14:textId="77777777" w:rsidR="00CD6F9A" w:rsidRPr="00825EAD" w:rsidRDefault="00CD6F9A" w:rsidP="00CD6F9A">
            <w:pPr>
              <w:pStyle w:val="NoSpacing"/>
              <w:rPr>
                <w:rFonts w:ascii="Arial" w:hAnsi="Arial" w:cs="Arial"/>
              </w:rPr>
            </w:pPr>
            <w:r w:rsidRPr="00825EAD">
              <w:rPr>
                <w:rFonts w:ascii="Segoe UI Emoji" w:hAnsi="Segoe UI Emoji" w:cs="Segoe UI Emoji"/>
              </w:rPr>
              <w:t>✅</w:t>
            </w:r>
            <w:r w:rsidRPr="00825EAD">
              <w:rPr>
                <w:rFonts w:ascii="Arial" w:hAnsi="Arial" w:cs="Arial"/>
              </w:rPr>
              <w:t xml:space="preserve"> Practice Nurses</w:t>
            </w:r>
          </w:p>
          <w:p w14:paraId="00991B28" w14:textId="77777777" w:rsidR="00CD6F9A" w:rsidRPr="00825EAD" w:rsidRDefault="00CD6F9A" w:rsidP="00CD6F9A">
            <w:pPr>
              <w:pStyle w:val="NoSpacing"/>
              <w:rPr>
                <w:rFonts w:ascii="Arial" w:hAnsi="Arial" w:cs="Arial"/>
              </w:rPr>
            </w:pPr>
            <w:r w:rsidRPr="00825EAD">
              <w:rPr>
                <w:rFonts w:ascii="Segoe UI Emoji" w:hAnsi="Segoe UI Emoji" w:cs="Segoe UI Emoji"/>
              </w:rPr>
              <w:t>✅</w:t>
            </w:r>
            <w:r w:rsidRPr="00825EAD">
              <w:rPr>
                <w:rFonts w:ascii="Arial" w:hAnsi="Arial" w:cs="Arial"/>
              </w:rPr>
              <w:t xml:space="preserve"> Advanced Nurse Practitioners</w:t>
            </w:r>
          </w:p>
          <w:p w14:paraId="0CB38BF3" w14:textId="77777777" w:rsidR="00CD6F9A" w:rsidRPr="00825EAD" w:rsidRDefault="00CD6F9A" w:rsidP="00CD6F9A">
            <w:pPr>
              <w:pStyle w:val="NoSpacing"/>
              <w:rPr>
                <w:rFonts w:ascii="Arial" w:hAnsi="Arial" w:cs="Arial"/>
              </w:rPr>
            </w:pPr>
            <w:r w:rsidRPr="00825EAD">
              <w:rPr>
                <w:rFonts w:ascii="Segoe UI Emoji" w:hAnsi="Segoe UI Emoji" w:cs="Segoe UI Emoji"/>
              </w:rPr>
              <w:t>✅</w:t>
            </w:r>
            <w:r w:rsidRPr="00825EAD">
              <w:rPr>
                <w:rFonts w:ascii="Arial" w:hAnsi="Arial" w:cs="Arial"/>
              </w:rPr>
              <w:t xml:space="preserve"> Healthcare Assistants</w:t>
            </w:r>
          </w:p>
          <w:p w14:paraId="5F0CA884" w14:textId="77777777" w:rsidR="00CD6F9A" w:rsidRPr="00825EAD" w:rsidRDefault="00CD6F9A" w:rsidP="00CD6F9A">
            <w:pPr>
              <w:pStyle w:val="NoSpacing"/>
              <w:rPr>
                <w:rFonts w:ascii="Arial" w:hAnsi="Arial" w:cs="Arial"/>
              </w:rPr>
            </w:pPr>
            <w:r w:rsidRPr="00825EAD">
              <w:rPr>
                <w:rFonts w:ascii="Segoe UI Emoji" w:hAnsi="Segoe UI Emoji" w:cs="Segoe UI Emoji"/>
              </w:rPr>
              <w:t>✅</w:t>
            </w:r>
            <w:r w:rsidRPr="00825EAD">
              <w:rPr>
                <w:rFonts w:ascii="Arial" w:hAnsi="Arial" w:cs="Arial"/>
              </w:rPr>
              <w:t xml:space="preserve"> Physiotherapists</w:t>
            </w:r>
          </w:p>
          <w:p w14:paraId="03A9C0FD" w14:textId="77777777" w:rsidR="00CD6F9A" w:rsidRPr="00825EAD" w:rsidRDefault="00CD6F9A" w:rsidP="00CD6F9A">
            <w:pPr>
              <w:pStyle w:val="NoSpacing"/>
              <w:rPr>
                <w:rFonts w:ascii="Arial" w:hAnsi="Arial" w:cs="Arial"/>
              </w:rPr>
            </w:pPr>
            <w:r w:rsidRPr="00825EAD">
              <w:rPr>
                <w:rFonts w:ascii="Segoe UI Emoji" w:hAnsi="Segoe UI Emoji" w:cs="Segoe UI Emoji"/>
              </w:rPr>
              <w:t>✅</w:t>
            </w:r>
            <w:r w:rsidRPr="00825EAD">
              <w:rPr>
                <w:rFonts w:ascii="Arial" w:hAnsi="Arial" w:cs="Arial"/>
              </w:rPr>
              <w:t xml:space="preserve"> Social Prescribers</w:t>
            </w:r>
          </w:p>
          <w:p w14:paraId="225D4A6E" w14:textId="77777777" w:rsidR="00CD6F9A" w:rsidRPr="00825EAD" w:rsidRDefault="00CD6F9A" w:rsidP="00CD6F9A">
            <w:pPr>
              <w:pStyle w:val="NoSpacing"/>
              <w:rPr>
                <w:rFonts w:ascii="Arial" w:hAnsi="Arial" w:cs="Arial"/>
              </w:rPr>
            </w:pPr>
            <w:r w:rsidRPr="00825EAD">
              <w:rPr>
                <w:rFonts w:ascii="Segoe UI Emoji" w:hAnsi="Segoe UI Emoji" w:cs="Segoe UI Emoji"/>
              </w:rPr>
              <w:t>✅</w:t>
            </w:r>
            <w:r w:rsidRPr="00825EAD">
              <w:rPr>
                <w:rFonts w:ascii="Arial" w:hAnsi="Arial" w:cs="Arial"/>
              </w:rPr>
              <w:t xml:space="preserve"> Mental Health Practitioners</w:t>
            </w:r>
          </w:p>
          <w:p w14:paraId="6FFD315B" w14:textId="77777777" w:rsidR="00CD6F9A" w:rsidRPr="00825EAD" w:rsidRDefault="00CD6F9A" w:rsidP="00CD6F9A">
            <w:pPr>
              <w:pStyle w:val="NoSpacing"/>
              <w:rPr>
                <w:rFonts w:ascii="Arial" w:hAnsi="Arial" w:cs="Arial"/>
              </w:rPr>
            </w:pPr>
          </w:p>
          <w:p w14:paraId="5F5B5044" w14:textId="77777777" w:rsidR="00CD6F9A" w:rsidRPr="00825EAD" w:rsidRDefault="00CD6F9A" w:rsidP="00CD6F9A">
            <w:pPr>
              <w:pStyle w:val="NoSpacing"/>
              <w:rPr>
                <w:rFonts w:ascii="Arial" w:hAnsi="Arial" w:cs="Arial"/>
                <w:b/>
                <w:bCs/>
                <w:lang w:val="en-GB"/>
              </w:rPr>
            </w:pPr>
            <w:r w:rsidRPr="00825EAD">
              <w:rPr>
                <w:rFonts w:ascii="Arial" w:hAnsi="Arial" w:cs="Arial"/>
              </w:rPr>
              <w:t xml:space="preserve">Pharmacy First - </w:t>
            </w:r>
            <w:r w:rsidRPr="00825EAD">
              <w:rPr>
                <w:rFonts w:ascii="Arial" w:hAnsi="Arial" w:cs="Arial"/>
                <w:b/>
                <w:bCs/>
                <w:lang w:val="en-GB"/>
              </w:rPr>
              <w:t>What is the NHS Pharmacy First service?</w:t>
            </w:r>
          </w:p>
          <w:p w14:paraId="4D23233C" w14:textId="77777777" w:rsidR="00CD6F9A" w:rsidRPr="00825EAD" w:rsidRDefault="00CD6F9A" w:rsidP="00CD6F9A">
            <w:pPr>
              <w:pStyle w:val="NoSpacing"/>
              <w:rPr>
                <w:rFonts w:ascii="Arial" w:hAnsi="Arial" w:cs="Arial"/>
                <w:b/>
                <w:bCs/>
                <w:lang w:val="en-GB"/>
              </w:rPr>
            </w:pPr>
          </w:p>
          <w:p w14:paraId="6D531717" w14:textId="199C7E34" w:rsidR="00C93428" w:rsidRDefault="00C93428" w:rsidP="00CD6F9A">
            <w:pPr>
              <w:pStyle w:val="NoSpacing"/>
              <w:rPr>
                <w:rFonts w:ascii="Arial" w:hAnsi="Arial" w:cs="Arial"/>
              </w:rPr>
            </w:pPr>
            <w:r w:rsidRPr="00C93428">
              <w:rPr>
                <w:rFonts w:ascii="Arial" w:hAnsi="Arial" w:cs="Arial"/>
              </w:rPr>
              <w:t>The Pharmacy First service is an NHS initiative that allows patients to walk into a local community pharmacy or get referred to by their GP or NHS 111.</w:t>
            </w:r>
          </w:p>
          <w:p w14:paraId="36E3E86C" w14:textId="77777777" w:rsidR="00C93428" w:rsidRDefault="00C93428" w:rsidP="00CD6F9A">
            <w:pPr>
              <w:pStyle w:val="NoSpacing"/>
              <w:rPr>
                <w:rFonts w:ascii="Arial" w:hAnsi="Arial" w:cs="Arial"/>
                <w:lang w:val="en-GB"/>
              </w:rPr>
            </w:pPr>
          </w:p>
          <w:p w14:paraId="27BEAFD6" w14:textId="27A9C47E" w:rsidR="00CD6F9A" w:rsidRDefault="00CD6F9A" w:rsidP="00CD6F9A">
            <w:pPr>
              <w:pStyle w:val="NoSpacing"/>
              <w:rPr>
                <w:rFonts w:ascii="Arial" w:hAnsi="Arial" w:cs="Arial"/>
                <w:lang w:val="en-GB"/>
              </w:rPr>
            </w:pPr>
            <w:r w:rsidRPr="00141FDD">
              <w:rPr>
                <w:rFonts w:ascii="Arial" w:hAnsi="Arial" w:cs="Arial"/>
                <w:lang w:val="en-GB"/>
              </w:rPr>
              <w:t>You can get help with the following seven conditions:</w:t>
            </w:r>
          </w:p>
          <w:p w14:paraId="5A782BB6" w14:textId="77777777" w:rsidR="00233E28" w:rsidRPr="00825EAD" w:rsidRDefault="00233E28" w:rsidP="00CD6F9A">
            <w:pPr>
              <w:pStyle w:val="NoSpacing"/>
              <w:rPr>
                <w:rFonts w:ascii="Arial" w:hAnsi="Arial" w:cs="Arial"/>
                <w:lang w:val="en-GB"/>
              </w:rPr>
            </w:pPr>
          </w:p>
          <w:p w14:paraId="3229ECD6" w14:textId="77777777" w:rsidR="00CD6F9A" w:rsidRPr="00141FDD" w:rsidRDefault="00CD6F9A" w:rsidP="00AF6BC9">
            <w:pPr>
              <w:pStyle w:val="NoSpacing"/>
              <w:numPr>
                <w:ilvl w:val="0"/>
                <w:numId w:val="20"/>
              </w:numPr>
              <w:rPr>
                <w:rFonts w:ascii="Arial" w:hAnsi="Arial" w:cs="Arial"/>
                <w:lang w:val="en-GB"/>
              </w:rPr>
            </w:pPr>
            <w:r w:rsidRPr="00141FDD">
              <w:rPr>
                <w:rFonts w:ascii="Arial" w:hAnsi="Arial" w:cs="Arial"/>
                <w:lang w:val="en-GB"/>
              </w:rPr>
              <w:t>Earache (for people aged 1 to 17 years)</w:t>
            </w:r>
          </w:p>
          <w:p w14:paraId="0D6FA1BD" w14:textId="77777777" w:rsidR="00CD6F9A" w:rsidRPr="00141FDD" w:rsidRDefault="00CD6F9A" w:rsidP="00AF6BC9">
            <w:pPr>
              <w:pStyle w:val="NoSpacing"/>
              <w:numPr>
                <w:ilvl w:val="0"/>
                <w:numId w:val="20"/>
              </w:numPr>
              <w:rPr>
                <w:rFonts w:ascii="Arial" w:hAnsi="Arial" w:cs="Arial"/>
                <w:lang w:val="en-GB"/>
              </w:rPr>
            </w:pPr>
            <w:r w:rsidRPr="00141FDD">
              <w:rPr>
                <w:rFonts w:ascii="Arial" w:hAnsi="Arial" w:cs="Arial"/>
                <w:lang w:val="en-GB"/>
              </w:rPr>
              <w:t>Impetigo (for people aged 1 year and over)</w:t>
            </w:r>
          </w:p>
          <w:p w14:paraId="0E9C9AE4" w14:textId="77777777" w:rsidR="00CD6F9A" w:rsidRPr="00141FDD" w:rsidRDefault="00CD6F9A" w:rsidP="00AF6BC9">
            <w:pPr>
              <w:pStyle w:val="NoSpacing"/>
              <w:numPr>
                <w:ilvl w:val="0"/>
                <w:numId w:val="20"/>
              </w:numPr>
              <w:rPr>
                <w:rFonts w:ascii="Arial" w:hAnsi="Arial" w:cs="Arial"/>
                <w:lang w:val="en-GB"/>
              </w:rPr>
            </w:pPr>
            <w:r w:rsidRPr="00141FDD">
              <w:rPr>
                <w:rFonts w:ascii="Arial" w:hAnsi="Arial" w:cs="Arial"/>
                <w:lang w:val="en-GB"/>
              </w:rPr>
              <w:t>Infected insect bites (for people aged 1 year and over)</w:t>
            </w:r>
          </w:p>
          <w:p w14:paraId="28EEDE64" w14:textId="77777777" w:rsidR="00CD6F9A" w:rsidRPr="00141FDD" w:rsidRDefault="00CD6F9A" w:rsidP="00AF6BC9">
            <w:pPr>
              <w:pStyle w:val="NoSpacing"/>
              <w:numPr>
                <w:ilvl w:val="0"/>
                <w:numId w:val="20"/>
              </w:numPr>
              <w:rPr>
                <w:rFonts w:ascii="Arial" w:hAnsi="Arial" w:cs="Arial"/>
                <w:lang w:val="en-GB"/>
              </w:rPr>
            </w:pPr>
            <w:r w:rsidRPr="00141FDD">
              <w:rPr>
                <w:rFonts w:ascii="Arial" w:hAnsi="Arial" w:cs="Arial"/>
                <w:lang w:val="en-GB"/>
              </w:rPr>
              <w:t>Shingles (for people aged 18 years and over)</w:t>
            </w:r>
          </w:p>
          <w:p w14:paraId="6ED679B1" w14:textId="77777777" w:rsidR="00CD6F9A" w:rsidRPr="00141FDD" w:rsidRDefault="00CD6F9A" w:rsidP="00AF6BC9">
            <w:pPr>
              <w:pStyle w:val="NoSpacing"/>
              <w:numPr>
                <w:ilvl w:val="0"/>
                <w:numId w:val="20"/>
              </w:numPr>
              <w:rPr>
                <w:rFonts w:ascii="Arial" w:hAnsi="Arial" w:cs="Arial"/>
                <w:lang w:val="en-GB"/>
              </w:rPr>
            </w:pPr>
            <w:r w:rsidRPr="00141FDD">
              <w:rPr>
                <w:rFonts w:ascii="Arial" w:hAnsi="Arial" w:cs="Arial"/>
                <w:lang w:val="en-GB"/>
              </w:rPr>
              <w:t>Sinusitis (for people aged 12 years and over)</w:t>
            </w:r>
          </w:p>
          <w:p w14:paraId="35077390" w14:textId="77777777" w:rsidR="00CD6F9A" w:rsidRPr="00141FDD" w:rsidRDefault="00CD6F9A" w:rsidP="00AF6BC9">
            <w:pPr>
              <w:pStyle w:val="NoSpacing"/>
              <w:numPr>
                <w:ilvl w:val="0"/>
                <w:numId w:val="20"/>
              </w:numPr>
              <w:rPr>
                <w:rFonts w:ascii="Arial" w:hAnsi="Arial" w:cs="Arial"/>
                <w:lang w:val="en-GB"/>
              </w:rPr>
            </w:pPr>
            <w:r w:rsidRPr="00141FDD">
              <w:rPr>
                <w:rFonts w:ascii="Arial" w:hAnsi="Arial" w:cs="Arial"/>
                <w:lang w:val="en-GB"/>
              </w:rPr>
              <w:t>Sore throat (for people aged 5 years and over)</w:t>
            </w:r>
          </w:p>
          <w:p w14:paraId="79E92351" w14:textId="77777777" w:rsidR="00CD6F9A" w:rsidRPr="00825EAD" w:rsidRDefault="00CD6F9A" w:rsidP="00AF6BC9">
            <w:pPr>
              <w:pStyle w:val="NoSpacing"/>
              <w:numPr>
                <w:ilvl w:val="0"/>
                <w:numId w:val="20"/>
              </w:numPr>
              <w:rPr>
                <w:rFonts w:ascii="Arial" w:hAnsi="Arial" w:cs="Arial"/>
                <w:lang w:val="en-GB"/>
              </w:rPr>
            </w:pPr>
            <w:r w:rsidRPr="00141FDD">
              <w:rPr>
                <w:rFonts w:ascii="Arial" w:hAnsi="Arial" w:cs="Arial"/>
                <w:lang w:val="en-GB"/>
              </w:rPr>
              <w:t>Urinary tract infections (UTIs) (for women aged 16 to 64 years)</w:t>
            </w:r>
          </w:p>
          <w:p w14:paraId="7FFCC99E" w14:textId="77777777" w:rsidR="00CD6F9A" w:rsidRPr="00825EAD" w:rsidRDefault="00CD6F9A" w:rsidP="00CD6F9A">
            <w:pPr>
              <w:pStyle w:val="NoSpacing"/>
              <w:rPr>
                <w:rFonts w:ascii="Arial" w:hAnsi="Arial" w:cs="Arial"/>
                <w:lang w:val="en-GB"/>
              </w:rPr>
            </w:pPr>
          </w:p>
          <w:p w14:paraId="1FCFA185" w14:textId="763B9E58" w:rsidR="00CD6F9A" w:rsidRDefault="00CD6F9A" w:rsidP="00CD6F9A">
            <w:pPr>
              <w:pStyle w:val="NoSpacing"/>
              <w:rPr>
                <w:rFonts w:ascii="Arial" w:hAnsi="Arial" w:cs="Arial"/>
                <w:lang w:val="en-GB"/>
              </w:rPr>
            </w:pPr>
            <w:r w:rsidRPr="00825EAD">
              <w:rPr>
                <w:rFonts w:ascii="Arial" w:hAnsi="Arial" w:cs="Arial"/>
                <w:b/>
                <w:bCs/>
                <w:lang w:val="en-GB"/>
              </w:rPr>
              <w:t>More services provided by Pharmacy First</w:t>
            </w:r>
            <w:r w:rsidRPr="00825EAD">
              <w:rPr>
                <w:rFonts w:ascii="Arial" w:hAnsi="Arial" w:cs="Arial"/>
                <w:lang w:val="en-GB"/>
              </w:rPr>
              <w:t xml:space="preserve"> </w:t>
            </w:r>
          </w:p>
          <w:p w14:paraId="2921D9C8" w14:textId="69D386C1" w:rsidR="00CD6F9A" w:rsidRPr="00BF3AD1" w:rsidRDefault="00146F83" w:rsidP="00146F83">
            <w:pPr>
              <w:pStyle w:val="NoSpacing"/>
              <w:rPr>
                <w:rFonts w:ascii="Arial" w:hAnsi="Arial" w:cs="Arial"/>
                <w:lang w:val="en-GB"/>
              </w:rPr>
            </w:pPr>
            <w:hyperlink r:id="rId11" w:history="1">
              <w:r w:rsidRPr="002C39CA">
                <w:rPr>
                  <w:rStyle w:val="Hyperlink"/>
                  <w:rFonts w:ascii="Arial" w:hAnsi="Arial" w:cs="Arial"/>
                  <w:lang w:val="en-GB"/>
                </w:rPr>
                <w:t>https://www.england.nhs.uk/primary-care/pharmacy/pharmacy-services/pharmacy-first/</w:t>
              </w:r>
            </w:hyperlink>
            <w:r w:rsidR="00CD6F9A" w:rsidRPr="00825EAD">
              <w:rPr>
                <w:rFonts w:ascii="Arial" w:hAnsi="Arial" w:cs="Arial"/>
                <w:lang w:val="en-GB"/>
              </w:rPr>
              <w:t xml:space="preserve"> </w:t>
            </w:r>
          </w:p>
        </w:tc>
        <w:tc>
          <w:tcPr>
            <w:tcW w:w="5153" w:type="dxa"/>
          </w:tcPr>
          <w:p w14:paraId="2C835D30" w14:textId="77777777" w:rsidR="005A471E" w:rsidRPr="00825EAD" w:rsidRDefault="005A471E" w:rsidP="005A471E">
            <w:pPr>
              <w:rPr>
                <w:rFonts w:ascii="Arial" w:hAnsi="Arial" w:cs="Arial"/>
                <w:b/>
              </w:rPr>
            </w:pPr>
            <w:r w:rsidRPr="00825EAD">
              <w:rPr>
                <w:rFonts w:ascii="Segoe UI Emoji" w:hAnsi="Segoe UI Emoji" w:cs="Segoe UI Emoji"/>
                <w:b/>
              </w:rPr>
              <w:t>💬</w:t>
            </w:r>
            <w:r w:rsidRPr="00825EAD">
              <w:rPr>
                <w:rFonts w:ascii="Arial" w:hAnsi="Arial" w:cs="Arial"/>
                <w:b/>
              </w:rPr>
              <w:t xml:space="preserve"> YOU SAID, WE DID</w:t>
            </w:r>
          </w:p>
          <w:p w14:paraId="469AD5B3" w14:textId="77777777" w:rsidR="005A471E" w:rsidRPr="00C65C54" w:rsidRDefault="005A471E" w:rsidP="005A471E">
            <w:pPr>
              <w:rPr>
                <w:rFonts w:ascii="Arial" w:hAnsi="Arial" w:cs="Arial"/>
                <w:iCs/>
              </w:rPr>
            </w:pPr>
            <w:r w:rsidRPr="00825EAD">
              <w:rPr>
                <w:rFonts w:ascii="Arial" w:hAnsi="Arial" w:cs="Arial"/>
                <w:b/>
              </w:rPr>
              <w:br/>
            </w:r>
            <w:r w:rsidRPr="00C65C54">
              <w:rPr>
                <w:rFonts w:ascii="Arial" w:hAnsi="Arial" w:cs="Arial"/>
                <w:iCs/>
              </w:rPr>
              <w:t xml:space="preserve">Thank you to all patients who completed our recent survey. Your feedback helps us improve our services. </w:t>
            </w:r>
          </w:p>
          <w:p w14:paraId="07507F8C" w14:textId="77777777" w:rsidR="005A471E" w:rsidRPr="00825EAD" w:rsidRDefault="005A471E" w:rsidP="005A471E">
            <w:pPr>
              <w:pStyle w:val="NoSpacing"/>
              <w:rPr>
                <w:rFonts w:ascii="Arial" w:hAnsi="Arial" w:cs="Arial"/>
                <w:b/>
                <w:bCs/>
              </w:rPr>
            </w:pPr>
            <w:r w:rsidRPr="00825EAD">
              <w:rPr>
                <w:rFonts w:ascii="Arial" w:hAnsi="Arial" w:cs="Arial"/>
                <w:b/>
                <w:bCs/>
              </w:rPr>
              <w:t>You Said: It can be difficult to contact the practice</w:t>
            </w:r>
          </w:p>
          <w:p w14:paraId="3639CCD7" w14:textId="77777777" w:rsidR="005A471E" w:rsidRPr="00825EAD" w:rsidRDefault="005A471E" w:rsidP="005A471E">
            <w:pPr>
              <w:pStyle w:val="NoSpacing"/>
              <w:rPr>
                <w:rFonts w:ascii="Arial" w:hAnsi="Arial" w:cs="Arial"/>
                <w:b/>
                <w:bCs/>
              </w:rPr>
            </w:pPr>
            <w:r w:rsidRPr="00825EAD">
              <w:rPr>
                <w:rFonts w:ascii="Arial" w:hAnsi="Arial" w:cs="Arial"/>
                <w:b/>
                <w:bCs/>
              </w:rPr>
              <w:t>We Did:</w:t>
            </w:r>
          </w:p>
          <w:p w14:paraId="627429AC" w14:textId="77777777" w:rsidR="005A471E" w:rsidRPr="00825EAD" w:rsidRDefault="005A471E" w:rsidP="005A471E">
            <w:pPr>
              <w:pStyle w:val="NoSpacing"/>
              <w:numPr>
                <w:ilvl w:val="0"/>
                <w:numId w:val="19"/>
              </w:numPr>
              <w:rPr>
                <w:rFonts w:ascii="Arial" w:hAnsi="Arial" w:cs="Arial"/>
              </w:rPr>
            </w:pPr>
            <w:r w:rsidRPr="00825EAD">
              <w:rPr>
                <w:rFonts w:ascii="Arial" w:hAnsi="Arial" w:cs="Arial"/>
              </w:rPr>
              <w:t>Reviewed call demand and peak times</w:t>
            </w:r>
          </w:p>
          <w:p w14:paraId="1D6F95F6" w14:textId="77777777" w:rsidR="005A471E" w:rsidRPr="00825EAD" w:rsidRDefault="005A471E" w:rsidP="005A471E">
            <w:pPr>
              <w:pStyle w:val="NoSpacing"/>
              <w:numPr>
                <w:ilvl w:val="0"/>
                <w:numId w:val="19"/>
              </w:numPr>
              <w:rPr>
                <w:rFonts w:ascii="Arial" w:hAnsi="Arial" w:cs="Arial"/>
              </w:rPr>
            </w:pPr>
            <w:r w:rsidRPr="00825EAD">
              <w:rPr>
                <w:rFonts w:ascii="Arial" w:hAnsi="Arial" w:cs="Arial"/>
              </w:rPr>
              <w:t>Promoted online access routes (NHS App / online forms)</w:t>
            </w:r>
          </w:p>
          <w:p w14:paraId="5CD8B61D" w14:textId="77777777" w:rsidR="005A471E" w:rsidRPr="00825EAD" w:rsidRDefault="005A471E" w:rsidP="005A471E">
            <w:pPr>
              <w:pStyle w:val="NoSpacing"/>
              <w:numPr>
                <w:ilvl w:val="0"/>
                <w:numId w:val="19"/>
              </w:numPr>
              <w:rPr>
                <w:rFonts w:ascii="Arial" w:hAnsi="Arial" w:cs="Arial"/>
              </w:rPr>
            </w:pPr>
            <w:r w:rsidRPr="00825EAD">
              <w:rPr>
                <w:rFonts w:ascii="Arial" w:hAnsi="Arial" w:cs="Arial"/>
              </w:rPr>
              <w:t>Improved telephone messaging</w:t>
            </w:r>
          </w:p>
          <w:p w14:paraId="00CF55C6" w14:textId="77777777" w:rsidR="005A471E" w:rsidRPr="00825EAD" w:rsidRDefault="005A471E" w:rsidP="005A471E">
            <w:pPr>
              <w:pStyle w:val="NoSpacing"/>
              <w:rPr>
                <w:rFonts w:ascii="Arial" w:hAnsi="Arial" w:cs="Arial"/>
                <w:b/>
                <w:bCs/>
              </w:rPr>
            </w:pPr>
            <w:r w:rsidRPr="00825EAD">
              <w:rPr>
                <w:rFonts w:ascii="Arial" w:hAnsi="Arial" w:cs="Arial"/>
                <w:b/>
                <w:bCs/>
              </w:rPr>
              <w:t>You Said: Appointment access can feel limited at times</w:t>
            </w:r>
          </w:p>
          <w:p w14:paraId="2D1A3B3D" w14:textId="77777777" w:rsidR="005A471E" w:rsidRPr="00825EAD" w:rsidRDefault="005A471E" w:rsidP="005A471E">
            <w:pPr>
              <w:pStyle w:val="NoSpacing"/>
              <w:rPr>
                <w:rFonts w:ascii="Arial" w:hAnsi="Arial" w:cs="Arial"/>
                <w:b/>
                <w:bCs/>
              </w:rPr>
            </w:pPr>
            <w:r w:rsidRPr="00825EAD">
              <w:rPr>
                <w:rFonts w:ascii="Arial" w:hAnsi="Arial" w:cs="Arial"/>
                <w:b/>
                <w:bCs/>
              </w:rPr>
              <w:t>We Did:</w:t>
            </w:r>
          </w:p>
          <w:p w14:paraId="625F5060" w14:textId="77777777" w:rsidR="005A471E" w:rsidRPr="00825EAD" w:rsidRDefault="005A471E" w:rsidP="005A471E">
            <w:pPr>
              <w:pStyle w:val="NoSpacing"/>
              <w:numPr>
                <w:ilvl w:val="0"/>
                <w:numId w:val="19"/>
              </w:numPr>
              <w:rPr>
                <w:rFonts w:ascii="Arial" w:hAnsi="Arial" w:cs="Arial"/>
              </w:rPr>
            </w:pPr>
            <w:proofErr w:type="spellStart"/>
            <w:r w:rsidRPr="00825EAD">
              <w:rPr>
                <w:rFonts w:ascii="Arial" w:hAnsi="Arial" w:cs="Arial"/>
              </w:rPr>
              <w:t>Prioritised</w:t>
            </w:r>
            <w:proofErr w:type="spellEnd"/>
            <w:r w:rsidRPr="00825EAD">
              <w:rPr>
                <w:rFonts w:ascii="Arial" w:hAnsi="Arial" w:cs="Arial"/>
              </w:rPr>
              <w:t xml:space="preserve"> urgent and clinically appropriate care</w:t>
            </w:r>
          </w:p>
          <w:p w14:paraId="7D9B6793" w14:textId="77777777" w:rsidR="005A471E" w:rsidRPr="00825EAD" w:rsidRDefault="005A471E" w:rsidP="005A471E">
            <w:pPr>
              <w:pStyle w:val="NoSpacing"/>
              <w:numPr>
                <w:ilvl w:val="0"/>
                <w:numId w:val="19"/>
              </w:numPr>
              <w:rPr>
                <w:rFonts w:ascii="Arial" w:hAnsi="Arial" w:cs="Arial"/>
              </w:rPr>
            </w:pPr>
            <w:r w:rsidRPr="00825EAD">
              <w:rPr>
                <w:rFonts w:ascii="Arial" w:hAnsi="Arial" w:cs="Arial"/>
              </w:rPr>
              <w:t>Reviewed appointment capacity regularly</w:t>
            </w:r>
          </w:p>
          <w:p w14:paraId="4DE15BC0" w14:textId="77777777" w:rsidR="005A471E" w:rsidRPr="00825EAD" w:rsidRDefault="005A471E" w:rsidP="005A471E">
            <w:pPr>
              <w:pStyle w:val="NoSpacing"/>
              <w:numPr>
                <w:ilvl w:val="0"/>
                <w:numId w:val="19"/>
              </w:numPr>
              <w:rPr>
                <w:rFonts w:ascii="Arial" w:hAnsi="Arial" w:cs="Arial"/>
              </w:rPr>
            </w:pPr>
            <w:r w:rsidRPr="00825EAD">
              <w:rPr>
                <w:rFonts w:ascii="Arial" w:hAnsi="Arial" w:cs="Arial"/>
              </w:rPr>
              <w:t>Used wider clinical team to increase availability</w:t>
            </w:r>
          </w:p>
          <w:p w14:paraId="5989BD93" w14:textId="77777777" w:rsidR="005A471E" w:rsidRPr="00825EAD" w:rsidRDefault="005A471E" w:rsidP="005A471E">
            <w:pPr>
              <w:pStyle w:val="NoSpacing"/>
              <w:rPr>
                <w:rFonts w:ascii="Arial" w:hAnsi="Arial" w:cs="Arial"/>
                <w:b/>
                <w:bCs/>
              </w:rPr>
            </w:pPr>
            <w:r w:rsidRPr="00825EAD">
              <w:rPr>
                <w:rFonts w:ascii="Arial" w:hAnsi="Arial" w:cs="Arial"/>
                <w:b/>
                <w:bCs/>
              </w:rPr>
              <w:t xml:space="preserve">You Said: It is not always clear how to access </w:t>
            </w:r>
          </w:p>
          <w:p w14:paraId="143A8EAA" w14:textId="77777777" w:rsidR="005A471E" w:rsidRPr="00825EAD" w:rsidRDefault="005A471E" w:rsidP="005A471E">
            <w:pPr>
              <w:pStyle w:val="NoSpacing"/>
              <w:rPr>
                <w:rFonts w:ascii="Arial" w:hAnsi="Arial" w:cs="Arial"/>
                <w:b/>
                <w:bCs/>
              </w:rPr>
            </w:pPr>
            <w:r w:rsidRPr="00825EAD">
              <w:rPr>
                <w:rFonts w:ascii="Arial" w:hAnsi="Arial" w:cs="Arial"/>
                <w:b/>
                <w:bCs/>
              </w:rPr>
              <w:t>Services</w:t>
            </w:r>
          </w:p>
          <w:p w14:paraId="257FD691" w14:textId="77777777" w:rsidR="005A471E" w:rsidRPr="00825EAD" w:rsidRDefault="005A471E" w:rsidP="005A471E">
            <w:pPr>
              <w:pStyle w:val="NoSpacing"/>
              <w:rPr>
                <w:rFonts w:ascii="Arial" w:hAnsi="Arial" w:cs="Arial"/>
                <w:b/>
                <w:bCs/>
              </w:rPr>
            </w:pPr>
            <w:r w:rsidRPr="00825EAD">
              <w:rPr>
                <w:rFonts w:ascii="Arial" w:hAnsi="Arial" w:cs="Arial"/>
                <w:b/>
                <w:bCs/>
              </w:rPr>
              <w:t>We Did:</w:t>
            </w:r>
          </w:p>
          <w:p w14:paraId="3457451B" w14:textId="77777777" w:rsidR="005A471E" w:rsidRPr="00825EAD" w:rsidRDefault="005A471E" w:rsidP="005A471E">
            <w:pPr>
              <w:pStyle w:val="NoSpacing"/>
              <w:numPr>
                <w:ilvl w:val="0"/>
                <w:numId w:val="19"/>
              </w:numPr>
              <w:rPr>
                <w:rFonts w:ascii="Arial" w:hAnsi="Arial" w:cs="Arial"/>
              </w:rPr>
            </w:pPr>
            <w:r w:rsidRPr="00825EAD">
              <w:rPr>
                <w:rFonts w:ascii="Arial" w:hAnsi="Arial" w:cs="Arial"/>
              </w:rPr>
              <w:t>Updated website information</w:t>
            </w:r>
          </w:p>
          <w:p w14:paraId="1302DAC7" w14:textId="77777777" w:rsidR="005A471E" w:rsidRPr="00825EAD" w:rsidRDefault="005A471E" w:rsidP="005A471E">
            <w:pPr>
              <w:pStyle w:val="NoSpacing"/>
              <w:numPr>
                <w:ilvl w:val="0"/>
                <w:numId w:val="19"/>
              </w:numPr>
              <w:rPr>
                <w:rFonts w:ascii="Arial" w:hAnsi="Arial" w:cs="Arial"/>
              </w:rPr>
            </w:pPr>
            <w:r w:rsidRPr="00825EAD">
              <w:rPr>
                <w:rFonts w:ascii="Arial" w:hAnsi="Arial" w:cs="Arial"/>
              </w:rPr>
              <w:t>Simplified appointment guidance</w:t>
            </w:r>
          </w:p>
          <w:p w14:paraId="6F8FC015" w14:textId="77777777" w:rsidR="005A471E" w:rsidRPr="00825EAD" w:rsidRDefault="005A471E" w:rsidP="005A471E">
            <w:pPr>
              <w:pStyle w:val="NoSpacing"/>
              <w:numPr>
                <w:ilvl w:val="0"/>
                <w:numId w:val="19"/>
              </w:numPr>
              <w:rPr>
                <w:rFonts w:ascii="Arial" w:hAnsi="Arial" w:cs="Arial"/>
              </w:rPr>
            </w:pPr>
            <w:r w:rsidRPr="00825EAD">
              <w:rPr>
                <w:rFonts w:ascii="Arial" w:hAnsi="Arial" w:cs="Arial"/>
              </w:rPr>
              <w:t>Improved in-practice information</w:t>
            </w:r>
          </w:p>
          <w:p w14:paraId="78C8E3E1" w14:textId="77777777" w:rsidR="005A471E" w:rsidRPr="00825EAD" w:rsidRDefault="005A471E" w:rsidP="005A471E">
            <w:pPr>
              <w:pStyle w:val="NoSpacing"/>
              <w:rPr>
                <w:rFonts w:ascii="Arial" w:hAnsi="Arial" w:cs="Arial"/>
                <w:b/>
                <w:bCs/>
              </w:rPr>
            </w:pPr>
            <w:r w:rsidRPr="00825EAD">
              <w:rPr>
                <w:rFonts w:ascii="Arial" w:hAnsi="Arial" w:cs="Arial"/>
                <w:b/>
                <w:bCs/>
              </w:rPr>
              <w:t xml:space="preserve">You Said: Staff are kind, helpful, and </w:t>
            </w:r>
          </w:p>
          <w:p w14:paraId="4DDB317D" w14:textId="77777777" w:rsidR="005A471E" w:rsidRPr="00825EAD" w:rsidRDefault="005A471E" w:rsidP="005A471E">
            <w:pPr>
              <w:pStyle w:val="NoSpacing"/>
              <w:rPr>
                <w:rFonts w:ascii="Arial" w:hAnsi="Arial" w:cs="Arial"/>
                <w:b/>
                <w:bCs/>
              </w:rPr>
            </w:pPr>
            <w:r w:rsidRPr="00825EAD">
              <w:rPr>
                <w:rFonts w:ascii="Arial" w:hAnsi="Arial" w:cs="Arial"/>
                <w:b/>
                <w:bCs/>
              </w:rPr>
              <w:t>Listen</w:t>
            </w:r>
          </w:p>
          <w:p w14:paraId="6D0660E6" w14:textId="77777777" w:rsidR="005A471E" w:rsidRPr="00825EAD" w:rsidRDefault="005A471E" w:rsidP="005A471E">
            <w:pPr>
              <w:pStyle w:val="NoSpacing"/>
              <w:rPr>
                <w:rFonts w:ascii="Arial" w:hAnsi="Arial" w:cs="Arial"/>
                <w:b/>
                <w:bCs/>
              </w:rPr>
            </w:pPr>
            <w:r w:rsidRPr="00825EAD">
              <w:rPr>
                <w:rFonts w:ascii="Arial" w:hAnsi="Arial" w:cs="Arial"/>
                <w:b/>
                <w:bCs/>
              </w:rPr>
              <w:t>We Did:</w:t>
            </w:r>
          </w:p>
          <w:p w14:paraId="28C04540" w14:textId="77777777" w:rsidR="005A471E" w:rsidRPr="00825EAD" w:rsidRDefault="005A471E" w:rsidP="005A471E">
            <w:pPr>
              <w:pStyle w:val="NoSpacing"/>
              <w:numPr>
                <w:ilvl w:val="0"/>
                <w:numId w:val="19"/>
              </w:numPr>
              <w:rPr>
                <w:rFonts w:ascii="Arial" w:hAnsi="Arial" w:cs="Arial"/>
              </w:rPr>
            </w:pPr>
            <w:r w:rsidRPr="00825EAD">
              <w:rPr>
                <w:rFonts w:ascii="Arial" w:hAnsi="Arial" w:cs="Arial"/>
              </w:rPr>
              <w:t>Shared feedback with the team</w:t>
            </w:r>
          </w:p>
          <w:p w14:paraId="732D7F17" w14:textId="77777777" w:rsidR="005A471E" w:rsidRPr="00825EAD" w:rsidRDefault="005A471E" w:rsidP="005A471E">
            <w:pPr>
              <w:pStyle w:val="NoSpacing"/>
              <w:numPr>
                <w:ilvl w:val="0"/>
                <w:numId w:val="19"/>
              </w:numPr>
              <w:rPr>
                <w:rFonts w:ascii="Arial" w:hAnsi="Arial" w:cs="Arial"/>
              </w:rPr>
            </w:pPr>
            <w:r w:rsidRPr="00825EAD">
              <w:rPr>
                <w:rFonts w:ascii="Arial" w:hAnsi="Arial" w:cs="Arial"/>
              </w:rPr>
              <w:t>Continued communication training</w:t>
            </w:r>
          </w:p>
          <w:p w14:paraId="33718334" w14:textId="77777777" w:rsidR="005A471E" w:rsidRPr="00825EAD" w:rsidRDefault="005A471E" w:rsidP="005A471E">
            <w:pPr>
              <w:pStyle w:val="NoSpacing"/>
              <w:numPr>
                <w:ilvl w:val="0"/>
                <w:numId w:val="19"/>
              </w:numPr>
              <w:rPr>
                <w:rFonts w:ascii="Arial" w:hAnsi="Arial" w:cs="Arial"/>
              </w:rPr>
            </w:pPr>
            <w:r w:rsidRPr="00825EAD">
              <w:rPr>
                <w:rFonts w:ascii="Arial" w:hAnsi="Arial" w:cs="Arial"/>
              </w:rPr>
              <w:t>Reinforced patient-</w:t>
            </w:r>
            <w:proofErr w:type="spellStart"/>
            <w:r w:rsidRPr="00825EAD">
              <w:rPr>
                <w:rFonts w:ascii="Arial" w:hAnsi="Arial" w:cs="Arial"/>
              </w:rPr>
              <w:t>centred</w:t>
            </w:r>
            <w:proofErr w:type="spellEnd"/>
            <w:r w:rsidRPr="00825EAD">
              <w:rPr>
                <w:rFonts w:ascii="Arial" w:hAnsi="Arial" w:cs="Arial"/>
              </w:rPr>
              <w:t xml:space="preserve"> care approach</w:t>
            </w:r>
          </w:p>
          <w:p w14:paraId="24C32075" w14:textId="77777777" w:rsidR="005A471E" w:rsidRPr="00825EAD" w:rsidRDefault="005A471E" w:rsidP="005A471E">
            <w:pPr>
              <w:pStyle w:val="NoSpacing"/>
              <w:rPr>
                <w:rFonts w:ascii="Arial" w:hAnsi="Arial" w:cs="Arial"/>
                <w:b/>
                <w:bCs/>
              </w:rPr>
            </w:pPr>
            <w:r w:rsidRPr="00825EAD">
              <w:rPr>
                <w:rFonts w:ascii="Arial" w:hAnsi="Arial" w:cs="Arial"/>
                <w:b/>
                <w:bCs/>
              </w:rPr>
              <w:t>You Said: Online services are helpful but not for everyone</w:t>
            </w:r>
          </w:p>
          <w:p w14:paraId="6CC0F5AD" w14:textId="77777777" w:rsidR="005A471E" w:rsidRPr="00825EAD" w:rsidRDefault="005A471E" w:rsidP="005A471E">
            <w:pPr>
              <w:pStyle w:val="NoSpacing"/>
              <w:rPr>
                <w:rFonts w:ascii="Arial" w:hAnsi="Arial" w:cs="Arial"/>
                <w:b/>
                <w:bCs/>
              </w:rPr>
            </w:pPr>
            <w:r w:rsidRPr="00825EAD">
              <w:rPr>
                <w:rFonts w:ascii="Arial" w:hAnsi="Arial" w:cs="Arial"/>
                <w:b/>
                <w:bCs/>
              </w:rPr>
              <w:t>We Did:</w:t>
            </w:r>
          </w:p>
          <w:p w14:paraId="419DF17F" w14:textId="77777777" w:rsidR="005A471E" w:rsidRPr="00825EAD" w:rsidRDefault="005A471E" w:rsidP="005A471E">
            <w:pPr>
              <w:pStyle w:val="NoSpacing"/>
              <w:numPr>
                <w:ilvl w:val="0"/>
                <w:numId w:val="19"/>
              </w:numPr>
              <w:rPr>
                <w:rFonts w:ascii="Arial" w:hAnsi="Arial" w:cs="Arial"/>
              </w:rPr>
            </w:pPr>
            <w:r w:rsidRPr="00825EAD">
              <w:rPr>
                <w:rFonts w:ascii="Arial" w:hAnsi="Arial" w:cs="Arial"/>
              </w:rPr>
              <w:t>Promoted digital access options</w:t>
            </w:r>
          </w:p>
          <w:p w14:paraId="63467485" w14:textId="77777777" w:rsidR="005A471E" w:rsidRPr="00825EAD" w:rsidRDefault="005A471E" w:rsidP="005A471E">
            <w:pPr>
              <w:pStyle w:val="NoSpacing"/>
              <w:numPr>
                <w:ilvl w:val="0"/>
                <w:numId w:val="19"/>
              </w:numPr>
              <w:rPr>
                <w:rFonts w:ascii="Arial" w:hAnsi="Arial" w:cs="Arial"/>
              </w:rPr>
            </w:pPr>
            <w:r w:rsidRPr="00825EAD">
              <w:rPr>
                <w:rFonts w:ascii="Arial" w:hAnsi="Arial" w:cs="Arial"/>
              </w:rPr>
              <w:t>Maintained non-digital alternatives</w:t>
            </w:r>
          </w:p>
          <w:p w14:paraId="20F0F4ED" w14:textId="77777777" w:rsidR="005A471E" w:rsidRPr="00825EAD" w:rsidRDefault="005A471E" w:rsidP="005A471E">
            <w:pPr>
              <w:pStyle w:val="NoSpacing"/>
              <w:rPr>
                <w:rFonts w:ascii="Arial" w:hAnsi="Arial" w:cs="Arial"/>
                <w:b/>
                <w:bCs/>
              </w:rPr>
            </w:pPr>
            <w:r w:rsidRPr="00825EAD">
              <w:rPr>
                <w:rFonts w:ascii="Arial" w:hAnsi="Arial" w:cs="Arial"/>
                <w:b/>
                <w:bCs/>
              </w:rPr>
              <w:t>You Said: Support for individual needs is important</w:t>
            </w:r>
          </w:p>
          <w:p w14:paraId="56F0DD12" w14:textId="77777777" w:rsidR="005A471E" w:rsidRPr="00825EAD" w:rsidRDefault="005A471E" w:rsidP="005A471E">
            <w:pPr>
              <w:pStyle w:val="NoSpacing"/>
              <w:rPr>
                <w:rFonts w:ascii="Arial" w:hAnsi="Arial" w:cs="Arial"/>
                <w:b/>
                <w:bCs/>
              </w:rPr>
            </w:pPr>
            <w:r w:rsidRPr="00825EAD">
              <w:rPr>
                <w:rFonts w:ascii="Arial" w:hAnsi="Arial" w:cs="Arial"/>
                <w:b/>
                <w:bCs/>
              </w:rPr>
              <w:t>We Did:</w:t>
            </w:r>
          </w:p>
          <w:p w14:paraId="715DE57C" w14:textId="77777777" w:rsidR="005A471E" w:rsidRPr="00825EAD" w:rsidRDefault="005A471E" w:rsidP="005A471E">
            <w:pPr>
              <w:pStyle w:val="NoSpacing"/>
              <w:numPr>
                <w:ilvl w:val="0"/>
                <w:numId w:val="19"/>
              </w:numPr>
              <w:rPr>
                <w:rFonts w:ascii="Arial" w:hAnsi="Arial" w:cs="Arial"/>
              </w:rPr>
            </w:pPr>
            <w:r w:rsidRPr="00825EAD">
              <w:rPr>
                <w:rFonts w:ascii="Arial" w:hAnsi="Arial" w:cs="Arial"/>
              </w:rPr>
              <w:t>Improved visibility of support requests</w:t>
            </w:r>
          </w:p>
          <w:p w14:paraId="3A39C01B" w14:textId="77777777" w:rsidR="005A471E" w:rsidRPr="00825EAD" w:rsidRDefault="005A471E" w:rsidP="005A471E">
            <w:pPr>
              <w:pStyle w:val="NoSpacing"/>
              <w:numPr>
                <w:ilvl w:val="0"/>
                <w:numId w:val="19"/>
              </w:numPr>
              <w:rPr>
                <w:rFonts w:ascii="Arial" w:hAnsi="Arial" w:cs="Arial"/>
              </w:rPr>
            </w:pPr>
            <w:r w:rsidRPr="00825EAD">
              <w:rPr>
                <w:rFonts w:ascii="Arial" w:hAnsi="Arial" w:cs="Arial"/>
              </w:rPr>
              <w:t>Recorded and responded to additional needs</w:t>
            </w:r>
          </w:p>
          <w:p w14:paraId="37BC158E" w14:textId="77777777" w:rsidR="00CD6F9A" w:rsidRDefault="00CD6F9A" w:rsidP="00074666">
            <w:pPr>
              <w:rPr>
                <w:rFonts w:ascii="Arial" w:hAnsi="Arial" w:cs="Arial"/>
                <w:b/>
              </w:rPr>
            </w:pPr>
          </w:p>
          <w:p w14:paraId="12AC9764" w14:textId="77777777" w:rsidR="00DA6817" w:rsidRPr="00825EAD" w:rsidRDefault="00DA6817" w:rsidP="00074666">
            <w:pPr>
              <w:rPr>
                <w:rFonts w:ascii="Arial" w:hAnsi="Arial" w:cs="Arial"/>
                <w:b/>
              </w:rPr>
            </w:pPr>
          </w:p>
        </w:tc>
      </w:tr>
      <w:tr w:rsidR="00D33F66" w:rsidRPr="00825EAD" w14:paraId="5CB68D06" w14:textId="77777777" w:rsidTr="006051DB">
        <w:tc>
          <w:tcPr>
            <w:tcW w:w="5894" w:type="dxa"/>
          </w:tcPr>
          <w:p w14:paraId="56675167" w14:textId="578AB799" w:rsidR="003F6EA7" w:rsidRPr="00825EAD" w:rsidRDefault="00074666" w:rsidP="00074666">
            <w:pPr>
              <w:rPr>
                <w:rFonts w:ascii="Arial" w:hAnsi="Arial" w:cs="Arial"/>
                <w:b/>
              </w:rPr>
            </w:pPr>
            <w:r w:rsidRPr="00825EAD">
              <w:rPr>
                <w:rFonts w:ascii="Segoe UI Emoji" w:hAnsi="Segoe UI Emoji" w:cs="Segoe UI Emoji"/>
                <w:b/>
              </w:rPr>
              <w:lastRenderedPageBreak/>
              <w:t>📊</w:t>
            </w:r>
            <w:r w:rsidRPr="00825EAD">
              <w:rPr>
                <w:rFonts w:ascii="Arial" w:hAnsi="Arial" w:cs="Arial"/>
                <w:b/>
              </w:rPr>
              <w:t>PATIENT POLL</w:t>
            </w:r>
          </w:p>
          <w:p w14:paraId="5DA71343" w14:textId="77777777" w:rsidR="00F22524" w:rsidRPr="00825EAD" w:rsidRDefault="00F22524" w:rsidP="00074666">
            <w:pPr>
              <w:rPr>
                <w:rFonts w:ascii="Arial" w:hAnsi="Arial" w:cs="Arial"/>
                <w:b/>
              </w:rPr>
            </w:pPr>
          </w:p>
          <w:p w14:paraId="095A4D75" w14:textId="22DC9B44" w:rsidR="00074666" w:rsidRPr="00825EAD" w:rsidRDefault="00074666" w:rsidP="00074666">
            <w:pPr>
              <w:rPr>
                <w:rFonts w:ascii="Arial" w:hAnsi="Arial" w:cs="Arial"/>
                <w:b/>
                <w:bCs/>
              </w:rPr>
            </w:pPr>
            <w:r w:rsidRPr="00825EAD">
              <w:rPr>
                <w:rFonts w:ascii="Arial" w:hAnsi="Arial" w:cs="Arial"/>
                <w:b/>
                <w:bCs/>
              </w:rPr>
              <w:t>What Would You Like to Read About?</w:t>
            </w:r>
          </w:p>
          <w:p w14:paraId="685A2B63" w14:textId="77777777" w:rsidR="00074666" w:rsidRPr="00825EAD" w:rsidRDefault="00074666" w:rsidP="002A175C">
            <w:pPr>
              <w:pStyle w:val="NoSpacing"/>
              <w:rPr>
                <w:rFonts w:ascii="Arial" w:hAnsi="Arial" w:cs="Arial"/>
              </w:rPr>
            </w:pPr>
            <w:r w:rsidRPr="00825EAD">
              <w:rPr>
                <w:rFonts w:ascii="Segoe UI Symbol" w:hAnsi="Segoe UI Symbol" w:cs="Segoe UI Symbol"/>
              </w:rPr>
              <w:t>☐</w:t>
            </w:r>
            <w:r w:rsidRPr="00825EAD">
              <w:rPr>
                <w:rFonts w:ascii="Arial" w:hAnsi="Arial" w:cs="Arial"/>
              </w:rPr>
              <w:t xml:space="preserve"> Healthy Ageing</w:t>
            </w:r>
          </w:p>
          <w:p w14:paraId="663F6368" w14:textId="77777777" w:rsidR="00074666" w:rsidRPr="00825EAD" w:rsidRDefault="00074666" w:rsidP="002A175C">
            <w:pPr>
              <w:pStyle w:val="NoSpacing"/>
              <w:rPr>
                <w:rFonts w:ascii="Arial" w:hAnsi="Arial" w:cs="Arial"/>
              </w:rPr>
            </w:pPr>
            <w:r w:rsidRPr="00825EAD">
              <w:rPr>
                <w:rFonts w:ascii="Segoe UI Symbol" w:hAnsi="Segoe UI Symbol" w:cs="Segoe UI Symbol"/>
              </w:rPr>
              <w:t>☐</w:t>
            </w:r>
            <w:r w:rsidRPr="00825EAD">
              <w:rPr>
                <w:rFonts w:ascii="Arial" w:hAnsi="Arial" w:cs="Arial"/>
              </w:rPr>
              <w:t xml:space="preserve"> Women's Health</w:t>
            </w:r>
          </w:p>
          <w:p w14:paraId="28D582F2" w14:textId="77777777" w:rsidR="00074666" w:rsidRPr="00825EAD" w:rsidRDefault="00074666" w:rsidP="002A175C">
            <w:pPr>
              <w:pStyle w:val="NoSpacing"/>
              <w:rPr>
                <w:rFonts w:ascii="Arial" w:hAnsi="Arial" w:cs="Arial"/>
              </w:rPr>
            </w:pPr>
            <w:r w:rsidRPr="00825EAD">
              <w:rPr>
                <w:rFonts w:ascii="Segoe UI Symbol" w:hAnsi="Segoe UI Symbol" w:cs="Segoe UI Symbol"/>
              </w:rPr>
              <w:t>☐</w:t>
            </w:r>
            <w:r w:rsidRPr="00825EAD">
              <w:rPr>
                <w:rFonts w:ascii="Arial" w:hAnsi="Arial" w:cs="Arial"/>
              </w:rPr>
              <w:t xml:space="preserve"> Men's Health</w:t>
            </w:r>
          </w:p>
          <w:p w14:paraId="220D428D" w14:textId="77777777" w:rsidR="00074666" w:rsidRPr="00825EAD" w:rsidRDefault="00074666" w:rsidP="002A175C">
            <w:pPr>
              <w:pStyle w:val="NoSpacing"/>
              <w:rPr>
                <w:rFonts w:ascii="Arial" w:hAnsi="Arial" w:cs="Arial"/>
              </w:rPr>
            </w:pPr>
            <w:r w:rsidRPr="00825EAD">
              <w:rPr>
                <w:rFonts w:ascii="Segoe UI Symbol" w:hAnsi="Segoe UI Symbol" w:cs="Segoe UI Symbol"/>
              </w:rPr>
              <w:t>☐</w:t>
            </w:r>
            <w:r w:rsidRPr="00825EAD">
              <w:rPr>
                <w:rFonts w:ascii="Arial" w:hAnsi="Arial" w:cs="Arial"/>
              </w:rPr>
              <w:t xml:space="preserve"> Mental Wellbeing</w:t>
            </w:r>
          </w:p>
          <w:p w14:paraId="71BEDD62" w14:textId="77777777" w:rsidR="00074666" w:rsidRPr="00825EAD" w:rsidRDefault="00074666" w:rsidP="002A175C">
            <w:pPr>
              <w:pStyle w:val="NoSpacing"/>
              <w:rPr>
                <w:rFonts w:ascii="Arial" w:hAnsi="Arial" w:cs="Arial"/>
              </w:rPr>
            </w:pPr>
            <w:r w:rsidRPr="00825EAD">
              <w:rPr>
                <w:rFonts w:ascii="Segoe UI Symbol" w:hAnsi="Segoe UI Symbol" w:cs="Segoe UI Symbol"/>
              </w:rPr>
              <w:t>☐</w:t>
            </w:r>
            <w:r w:rsidRPr="00825EAD">
              <w:rPr>
                <w:rFonts w:ascii="Arial" w:hAnsi="Arial" w:cs="Arial"/>
              </w:rPr>
              <w:t xml:space="preserve"> Diabetes</w:t>
            </w:r>
          </w:p>
          <w:p w14:paraId="423FE15A" w14:textId="77777777" w:rsidR="00074666" w:rsidRPr="00825EAD" w:rsidRDefault="00074666" w:rsidP="002A175C">
            <w:pPr>
              <w:pStyle w:val="NoSpacing"/>
              <w:rPr>
                <w:rFonts w:ascii="Arial" w:hAnsi="Arial" w:cs="Arial"/>
              </w:rPr>
            </w:pPr>
            <w:r w:rsidRPr="00825EAD">
              <w:rPr>
                <w:rFonts w:ascii="Segoe UI Symbol" w:hAnsi="Segoe UI Symbol" w:cs="Segoe UI Symbol"/>
              </w:rPr>
              <w:t>☐</w:t>
            </w:r>
            <w:r w:rsidRPr="00825EAD">
              <w:rPr>
                <w:rFonts w:ascii="Arial" w:hAnsi="Arial" w:cs="Arial"/>
              </w:rPr>
              <w:t xml:space="preserve"> Carers Support</w:t>
            </w:r>
          </w:p>
          <w:p w14:paraId="27B51123" w14:textId="77777777" w:rsidR="00074666" w:rsidRPr="00825EAD" w:rsidRDefault="00074666" w:rsidP="002A175C">
            <w:pPr>
              <w:pStyle w:val="NoSpacing"/>
              <w:rPr>
                <w:rFonts w:ascii="Arial" w:hAnsi="Arial" w:cs="Arial"/>
              </w:rPr>
            </w:pPr>
            <w:r w:rsidRPr="00825EAD">
              <w:rPr>
                <w:rFonts w:ascii="Segoe UI Symbol" w:hAnsi="Segoe UI Symbol" w:cs="Segoe UI Symbol"/>
              </w:rPr>
              <w:t>☐</w:t>
            </w:r>
            <w:r w:rsidRPr="00825EAD">
              <w:rPr>
                <w:rFonts w:ascii="Arial" w:hAnsi="Arial" w:cs="Arial"/>
              </w:rPr>
              <w:t xml:space="preserve"> Children's Health</w:t>
            </w:r>
          </w:p>
          <w:p w14:paraId="06691D28" w14:textId="77777777" w:rsidR="00074666" w:rsidRPr="00825EAD" w:rsidRDefault="00074666" w:rsidP="002A175C">
            <w:pPr>
              <w:pStyle w:val="NoSpacing"/>
              <w:rPr>
                <w:rFonts w:ascii="Arial" w:hAnsi="Arial" w:cs="Arial"/>
              </w:rPr>
            </w:pPr>
            <w:r w:rsidRPr="00825EAD">
              <w:rPr>
                <w:rFonts w:ascii="Segoe UI Symbol" w:hAnsi="Segoe UI Symbol" w:cs="Segoe UI Symbol"/>
              </w:rPr>
              <w:t>☐</w:t>
            </w:r>
            <w:r w:rsidRPr="00825EAD">
              <w:rPr>
                <w:rFonts w:ascii="Arial" w:hAnsi="Arial" w:cs="Arial"/>
              </w:rPr>
              <w:t xml:space="preserve"> Other ___________</w:t>
            </w:r>
          </w:p>
          <w:p w14:paraId="369FD6CF" w14:textId="0EDD63F0" w:rsidR="003F6EA7" w:rsidRPr="00825EAD" w:rsidRDefault="00C72DA2" w:rsidP="002A175C">
            <w:pPr>
              <w:pStyle w:val="NoSpacing"/>
              <w:rPr>
                <w:rFonts w:ascii="Arial" w:hAnsi="Arial" w:cs="Arial"/>
              </w:rPr>
            </w:pPr>
            <w:r w:rsidRPr="00825EAD">
              <w:rPr>
                <w:rFonts w:ascii="Arial" w:hAnsi="Arial" w:cs="Arial"/>
              </w:rPr>
              <w:t>p</w:t>
            </w:r>
            <w:r w:rsidR="003F6EA7" w:rsidRPr="00825EAD">
              <w:rPr>
                <w:rFonts w:ascii="Arial" w:hAnsi="Arial" w:cs="Arial"/>
              </w:rPr>
              <w:t xml:space="preserve">lease let us know </w:t>
            </w:r>
            <w:r w:rsidR="0016047B" w:rsidRPr="00825EAD">
              <w:rPr>
                <w:rFonts w:ascii="Arial" w:hAnsi="Arial" w:cs="Arial"/>
              </w:rPr>
              <w:t>via email</w:t>
            </w:r>
            <w:r w:rsidR="008C11EC" w:rsidRPr="00825EAD">
              <w:rPr>
                <w:rFonts w:ascii="Arial" w:hAnsi="Arial" w:cs="Arial"/>
              </w:rPr>
              <w:t xml:space="preserve">ing the Practice </w:t>
            </w:r>
            <w:r w:rsidR="00E42275" w:rsidRPr="00825EAD">
              <w:rPr>
                <w:rFonts w:ascii="Arial" w:hAnsi="Arial" w:cs="Arial"/>
              </w:rPr>
              <w:t xml:space="preserve">at </w:t>
            </w:r>
            <w:hyperlink r:id="rId12" w:history="1">
              <w:r w:rsidR="00551CD6" w:rsidRPr="00825EAD">
                <w:rPr>
                  <w:rStyle w:val="Hyperlink"/>
                  <w:rFonts w:ascii="Arial" w:hAnsi="Arial" w:cs="Arial"/>
                </w:rPr>
                <w:t>wootton.medicalcentre@nhs.net</w:t>
              </w:r>
            </w:hyperlink>
            <w:r w:rsidR="00551CD6" w:rsidRPr="00825EAD">
              <w:rPr>
                <w:rFonts w:ascii="Arial" w:hAnsi="Arial" w:cs="Arial"/>
              </w:rPr>
              <w:t xml:space="preserve"> </w:t>
            </w:r>
            <w:r w:rsidR="00E42275" w:rsidRPr="00825EAD">
              <w:rPr>
                <w:rFonts w:ascii="Arial" w:hAnsi="Arial" w:cs="Arial"/>
              </w:rPr>
              <w:t xml:space="preserve">, via Anima </w:t>
            </w:r>
            <w:hyperlink r:id="rId13" w:history="1">
              <w:r w:rsidR="002A269C" w:rsidRPr="00825EAD">
                <w:rPr>
                  <w:rStyle w:val="Hyperlink"/>
                  <w:rFonts w:ascii="Arial" w:hAnsi="Arial" w:cs="Arial"/>
                </w:rPr>
                <w:t>https://woottonmedicalcentre.co.uk/</w:t>
              </w:r>
            </w:hyperlink>
            <w:r w:rsidR="002A269C" w:rsidRPr="00825EAD">
              <w:rPr>
                <w:rFonts w:ascii="Arial" w:hAnsi="Arial" w:cs="Arial"/>
              </w:rPr>
              <w:t xml:space="preserve"> </w:t>
            </w:r>
            <w:r w:rsidR="00E65DCF" w:rsidRPr="00825EAD">
              <w:rPr>
                <w:rFonts w:ascii="Arial" w:hAnsi="Arial" w:cs="Arial"/>
              </w:rPr>
              <w:t xml:space="preserve"> or via the PPG </w:t>
            </w:r>
            <w:hyperlink r:id="rId14" w:history="1">
              <w:r w:rsidR="002A269C" w:rsidRPr="00825EAD">
                <w:rPr>
                  <w:rStyle w:val="Hyperlink"/>
                  <w:rFonts w:ascii="Arial" w:hAnsi="Arial" w:cs="Arial"/>
                </w:rPr>
                <w:t>woottonpatientgroup@gmail.com</w:t>
              </w:r>
            </w:hyperlink>
          </w:p>
          <w:p w14:paraId="36C1796C" w14:textId="685F4494" w:rsidR="003F6EA7" w:rsidRPr="00825EAD" w:rsidRDefault="003F6EA7" w:rsidP="002A175C">
            <w:pPr>
              <w:pStyle w:val="NoSpacing"/>
              <w:rPr>
                <w:rFonts w:ascii="Arial" w:hAnsi="Arial" w:cs="Arial"/>
              </w:rPr>
            </w:pPr>
          </w:p>
        </w:tc>
        <w:tc>
          <w:tcPr>
            <w:tcW w:w="5153" w:type="dxa"/>
          </w:tcPr>
          <w:p w14:paraId="4DB38C02" w14:textId="220B03C8" w:rsidR="00D716FC" w:rsidRPr="00825EAD" w:rsidRDefault="00074666" w:rsidP="00074666">
            <w:pPr>
              <w:rPr>
                <w:rFonts w:ascii="Arial" w:hAnsi="Arial" w:cs="Arial"/>
                <w:b/>
              </w:rPr>
            </w:pPr>
            <w:r w:rsidRPr="00825EAD">
              <w:rPr>
                <w:rFonts w:ascii="Segoe UI Emoji" w:hAnsi="Segoe UI Emoji" w:cs="Segoe UI Emoji"/>
                <w:b/>
              </w:rPr>
              <w:t>🤝</w:t>
            </w:r>
            <w:r w:rsidRPr="00825EAD">
              <w:rPr>
                <w:rFonts w:ascii="Arial" w:hAnsi="Arial" w:cs="Arial"/>
                <w:b/>
              </w:rPr>
              <w:t xml:space="preserve"> JOIN OUR PP</w:t>
            </w:r>
            <w:r w:rsidR="00C14131" w:rsidRPr="00825EAD">
              <w:rPr>
                <w:rFonts w:ascii="Arial" w:hAnsi="Arial" w:cs="Arial"/>
                <w:b/>
              </w:rPr>
              <w:t>G</w:t>
            </w:r>
          </w:p>
          <w:p w14:paraId="6D4F0376" w14:textId="77777777" w:rsidR="00C14131" w:rsidRPr="00825EAD" w:rsidRDefault="00C14131" w:rsidP="00074666">
            <w:pPr>
              <w:rPr>
                <w:rFonts w:ascii="Arial" w:hAnsi="Arial" w:cs="Arial"/>
                <w:b/>
              </w:rPr>
            </w:pPr>
          </w:p>
          <w:p w14:paraId="22F0C694" w14:textId="477ACE09" w:rsidR="00074666" w:rsidRPr="00825EAD" w:rsidRDefault="00074666" w:rsidP="00074666">
            <w:pPr>
              <w:rPr>
                <w:rFonts w:ascii="Arial" w:hAnsi="Arial" w:cs="Arial"/>
              </w:rPr>
            </w:pPr>
            <w:r w:rsidRPr="00825EAD">
              <w:rPr>
                <w:rFonts w:ascii="Arial" w:hAnsi="Arial" w:cs="Arial"/>
              </w:rPr>
              <w:t>Become part of our Patient Participation Group and help shape your Practice</w:t>
            </w:r>
          </w:p>
          <w:p w14:paraId="09FEE16A" w14:textId="77777777" w:rsidR="00074666" w:rsidRPr="00825EAD" w:rsidRDefault="00074666" w:rsidP="002A175C">
            <w:pPr>
              <w:pStyle w:val="NoSpacing"/>
              <w:rPr>
                <w:rFonts w:ascii="Arial" w:hAnsi="Arial" w:cs="Arial"/>
              </w:rPr>
            </w:pPr>
            <w:r w:rsidRPr="00825EAD">
              <w:rPr>
                <w:rFonts w:ascii="Arial" w:hAnsi="Arial" w:cs="Arial"/>
              </w:rPr>
              <w:t>Our Patient Participation Group helps improve services and patient experience.</w:t>
            </w:r>
          </w:p>
          <w:p w14:paraId="64CF4827" w14:textId="77777777" w:rsidR="00C14131" w:rsidRPr="00825EAD" w:rsidRDefault="00C14131" w:rsidP="002A175C">
            <w:pPr>
              <w:pStyle w:val="NoSpacing"/>
              <w:rPr>
                <w:rFonts w:ascii="Arial" w:hAnsi="Arial" w:cs="Arial"/>
              </w:rPr>
            </w:pPr>
          </w:p>
          <w:p w14:paraId="121A5FD6" w14:textId="77777777" w:rsidR="00074666" w:rsidRPr="00825EAD" w:rsidRDefault="00074666" w:rsidP="002A175C">
            <w:pPr>
              <w:pStyle w:val="NoSpacing"/>
              <w:rPr>
                <w:rFonts w:ascii="Arial" w:hAnsi="Arial" w:cs="Arial"/>
              </w:rPr>
            </w:pPr>
            <w:r w:rsidRPr="00825EAD">
              <w:rPr>
                <w:rFonts w:ascii="Segoe UI Symbol" w:hAnsi="Segoe UI Symbol" w:cs="Segoe UI Symbol"/>
              </w:rPr>
              <w:t>✔</w:t>
            </w:r>
            <w:r w:rsidRPr="00825EAD">
              <w:rPr>
                <w:rFonts w:ascii="Arial" w:hAnsi="Arial" w:cs="Arial"/>
              </w:rPr>
              <w:t xml:space="preserve"> Share Ideas</w:t>
            </w:r>
          </w:p>
          <w:p w14:paraId="18DB590B" w14:textId="77777777" w:rsidR="00074666" w:rsidRPr="00825EAD" w:rsidRDefault="00074666" w:rsidP="002A175C">
            <w:pPr>
              <w:pStyle w:val="NoSpacing"/>
              <w:rPr>
                <w:rFonts w:ascii="Arial" w:hAnsi="Arial" w:cs="Arial"/>
              </w:rPr>
            </w:pPr>
            <w:r w:rsidRPr="00825EAD">
              <w:rPr>
                <w:rFonts w:ascii="Segoe UI Symbol" w:hAnsi="Segoe UI Symbol" w:cs="Segoe UI Symbol"/>
              </w:rPr>
              <w:t>✔</w:t>
            </w:r>
            <w:r w:rsidRPr="00825EAD">
              <w:rPr>
                <w:rFonts w:ascii="Arial" w:hAnsi="Arial" w:cs="Arial"/>
              </w:rPr>
              <w:t xml:space="preserve"> Influence Improvements</w:t>
            </w:r>
          </w:p>
          <w:p w14:paraId="31F3B0FC" w14:textId="34162DA0" w:rsidR="00074666" w:rsidRPr="00825EAD" w:rsidRDefault="00074666" w:rsidP="002A175C">
            <w:pPr>
              <w:pStyle w:val="NoSpacing"/>
              <w:rPr>
                <w:rFonts w:ascii="Arial" w:hAnsi="Arial" w:cs="Arial"/>
              </w:rPr>
            </w:pPr>
            <w:r w:rsidRPr="00825EAD">
              <w:rPr>
                <w:rFonts w:ascii="Arial" w:hAnsi="Arial" w:cs="Arial"/>
              </w:rPr>
              <w:t>Patient Information Review</w:t>
            </w:r>
          </w:p>
          <w:p w14:paraId="7DB7DBEA" w14:textId="77777777" w:rsidR="00074666" w:rsidRPr="00825EAD" w:rsidRDefault="00074666" w:rsidP="002A175C">
            <w:pPr>
              <w:pStyle w:val="NoSpacing"/>
              <w:rPr>
                <w:rFonts w:ascii="Arial" w:hAnsi="Arial" w:cs="Arial"/>
              </w:rPr>
            </w:pPr>
            <w:r w:rsidRPr="00825EAD">
              <w:rPr>
                <w:rFonts w:ascii="Segoe UI Symbol" w:hAnsi="Segoe UI Symbol" w:cs="Segoe UI Symbol"/>
              </w:rPr>
              <w:t>✔</w:t>
            </w:r>
            <w:r w:rsidRPr="00825EAD">
              <w:rPr>
                <w:rFonts w:ascii="Arial" w:hAnsi="Arial" w:cs="Arial"/>
              </w:rPr>
              <w:t xml:space="preserve"> Participate in Surveys</w:t>
            </w:r>
          </w:p>
          <w:p w14:paraId="76CFF5B4" w14:textId="77777777" w:rsidR="00E65DCF" w:rsidRPr="00825EAD" w:rsidRDefault="00E65DCF" w:rsidP="002A175C">
            <w:pPr>
              <w:pStyle w:val="NoSpacing"/>
              <w:rPr>
                <w:rFonts w:ascii="Arial" w:hAnsi="Arial" w:cs="Arial"/>
              </w:rPr>
            </w:pPr>
          </w:p>
          <w:p w14:paraId="375BED97" w14:textId="5FF6CF51" w:rsidR="00E65DCF" w:rsidRPr="00825EAD" w:rsidRDefault="00E65DCF" w:rsidP="002A175C">
            <w:pPr>
              <w:pStyle w:val="NoSpacing"/>
              <w:rPr>
                <w:rFonts w:ascii="Arial" w:hAnsi="Arial" w:cs="Arial"/>
              </w:rPr>
            </w:pPr>
            <w:r w:rsidRPr="00825EAD">
              <w:rPr>
                <w:rFonts w:ascii="Arial" w:hAnsi="Arial" w:cs="Arial"/>
              </w:rPr>
              <w:t xml:space="preserve">To join the PPG please email </w:t>
            </w:r>
            <w:hyperlink r:id="rId15" w:history="1">
              <w:r w:rsidR="008C11EC" w:rsidRPr="00825EAD">
                <w:rPr>
                  <w:rStyle w:val="Hyperlink"/>
                  <w:rFonts w:ascii="Arial" w:hAnsi="Arial" w:cs="Arial"/>
                </w:rPr>
                <w:t>woottonpatientgroup@gmail.com</w:t>
              </w:r>
            </w:hyperlink>
            <w:r w:rsidR="008C11EC" w:rsidRPr="00825EAD">
              <w:rPr>
                <w:rFonts w:ascii="Arial" w:hAnsi="Arial" w:cs="Arial"/>
              </w:rPr>
              <w:t xml:space="preserve"> </w:t>
            </w:r>
          </w:p>
        </w:tc>
      </w:tr>
      <w:tr w:rsidR="00D33F66" w:rsidRPr="00825EAD" w14:paraId="374F4C08" w14:textId="77777777" w:rsidTr="006051DB">
        <w:tc>
          <w:tcPr>
            <w:tcW w:w="5894" w:type="dxa"/>
          </w:tcPr>
          <w:p w14:paraId="6F1556F2" w14:textId="5EF4A585" w:rsidR="00074666" w:rsidRPr="00825EAD" w:rsidRDefault="006E04D2" w:rsidP="00074666">
            <w:pPr>
              <w:rPr>
                <w:rFonts w:ascii="Arial" w:hAnsi="Arial" w:cs="Arial"/>
                <w:b/>
                <w:bCs/>
              </w:rPr>
            </w:pPr>
            <w:r w:rsidRPr="00825EAD">
              <w:rPr>
                <w:rFonts w:ascii="Segoe UI Emoji" w:hAnsi="Segoe UI Emoji" w:cs="Segoe UI Emoji"/>
                <w:b/>
                <w:bCs/>
              </w:rPr>
              <w:t>🤝</w:t>
            </w:r>
            <w:r w:rsidRPr="00825EAD">
              <w:rPr>
                <w:rFonts w:ascii="Arial" w:hAnsi="Arial" w:cs="Arial"/>
                <w:b/>
                <w:bCs/>
              </w:rPr>
              <w:t xml:space="preserve"> </w:t>
            </w:r>
            <w:r w:rsidR="00E73E3E" w:rsidRPr="00825EAD">
              <w:rPr>
                <w:rFonts w:ascii="Arial" w:hAnsi="Arial" w:cs="Arial"/>
                <w:b/>
                <w:bCs/>
              </w:rPr>
              <w:t>WOOTTON MEDICAL CENT</w:t>
            </w:r>
            <w:r w:rsidR="00841316" w:rsidRPr="00825EAD">
              <w:rPr>
                <w:rFonts w:ascii="Arial" w:hAnsi="Arial" w:cs="Arial"/>
                <w:b/>
                <w:bCs/>
              </w:rPr>
              <w:t>RE STAFF UPDATES:</w:t>
            </w:r>
          </w:p>
          <w:p w14:paraId="15DBF152" w14:textId="77777777" w:rsidR="006825D4" w:rsidRPr="00825EAD" w:rsidRDefault="006825D4" w:rsidP="00074666">
            <w:pPr>
              <w:rPr>
                <w:rFonts w:ascii="Arial" w:hAnsi="Arial" w:cs="Arial"/>
                <w:b/>
                <w:bCs/>
              </w:rPr>
            </w:pPr>
          </w:p>
          <w:p w14:paraId="040F029B" w14:textId="2B7C41FF" w:rsidR="00221903" w:rsidRPr="00825EAD" w:rsidRDefault="00271287" w:rsidP="00271287">
            <w:pPr>
              <w:rPr>
                <w:rFonts w:ascii="Arial" w:hAnsi="Arial" w:cs="Arial"/>
                <w:lang w:val="en-GB"/>
              </w:rPr>
            </w:pPr>
            <w:r w:rsidRPr="00825EAD">
              <w:rPr>
                <w:rFonts w:ascii="Arial" w:hAnsi="Arial" w:cs="Arial"/>
                <w:lang w:val="en-GB"/>
              </w:rPr>
              <w:t xml:space="preserve">We are delighted to </w:t>
            </w:r>
            <w:r w:rsidR="00FD798E" w:rsidRPr="00825EAD">
              <w:rPr>
                <w:rFonts w:ascii="Arial" w:hAnsi="Arial" w:cs="Arial"/>
                <w:lang w:val="en-GB"/>
              </w:rPr>
              <w:t>announce</w:t>
            </w:r>
            <w:r w:rsidR="00CA1BFF" w:rsidRPr="00825EAD">
              <w:rPr>
                <w:rFonts w:ascii="Arial" w:hAnsi="Arial" w:cs="Arial"/>
                <w:lang w:val="en-GB"/>
              </w:rPr>
              <w:t xml:space="preserve"> </w:t>
            </w:r>
            <w:r w:rsidR="00221903" w:rsidRPr="00825EAD">
              <w:rPr>
                <w:rFonts w:ascii="Arial" w:hAnsi="Arial" w:cs="Arial"/>
                <w:lang w:val="en-GB"/>
              </w:rPr>
              <w:t xml:space="preserve">our new member of staff, </w:t>
            </w:r>
            <w:r w:rsidR="00221903" w:rsidRPr="00825EAD">
              <w:rPr>
                <w:rFonts w:ascii="Arial" w:hAnsi="Arial" w:cs="Arial"/>
                <w:b/>
                <w:bCs/>
                <w:lang w:val="en-GB"/>
              </w:rPr>
              <w:t>Dr Musa Jallow,</w:t>
            </w:r>
            <w:r w:rsidR="00221903" w:rsidRPr="00825EAD">
              <w:rPr>
                <w:rFonts w:ascii="Arial" w:hAnsi="Arial" w:cs="Arial"/>
                <w:lang w:val="en-GB"/>
              </w:rPr>
              <w:t xml:space="preserve"> to Wootton Medical Centre. He </w:t>
            </w:r>
            <w:r w:rsidR="00FD798E" w:rsidRPr="00825EAD">
              <w:rPr>
                <w:rFonts w:ascii="Arial" w:hAnsi="Arial" w:cs="Arial"/>
                <w:lang w:val="en-GB"/>
              </w:rPr>
              <w:t>will be joining us in August 2026</w:t>
            </w:r>
            <w:r w:rsidRPr="00825EAD">
              <w:rPr>
                <w:rFonts w:ascii="Arial" w:hAnsi="Arial" w:cs="Arial"/>
                <w:lang w:val="en-GB"/>
              </w:rPr>
              <w:t xml:space="preserve">. We look forward to the skills, experience and enthusiasm </w:t>
            </w:r>
            <w:r w:rsidR="00221903" w:rsidRPr="00825EAD">
              <w:rPr>
                <w:rFonts w:ascii="Arial" w:hAnsi="Arial" w:cs="Arial"/>
                <w:lang w:val="en-GB"/>
              </w:rPr>
              <w:t>he</w:t>
            </w:r>
            <w:r w:rsidRPr="00825EAD">
              <w:rPr>
                <w:rFonts w:ascii="Arial" w:hAnsi="Arial" w:cs="Arial"/>
                <w:lang w:val="en-GB"/>
              </w:rPr>
              <w:t xml:space="preserve"> will bring to our team. </w:t>
            </w:r>
          </w:p>
          <w:p w14:paraId="1CEC81FF" w14:textId="58D1CF6A" w:rsidR="00271287" w:rsidRPr="00825EAD" w:rsidRDefault="00271287" w:rsidP="00271287">
            <w:pPr>
              <w:rPr>
                <w:rFonts w:ascii="Arial" w:hAnsi="Arial" w:cs="Arial"/>
                <w:lang w:val="en-GB"/>
              </w:rPr>
            </w:pPr>
            <w:r w:rsidRPr="00825EAD">
              <w:rPr>
                <w:rFonts w:ascii="Arial" w:hAnsi="Arial" w:cs="Arial"/>
                <w:lang w:val="en-GB"/>
              </w:rPr>
              <w:t>We would also like to thank our existing staff for their continued hard work, support and dedication in helping our new colleagues settle in and ensuring we continue to provide excellent care to our patients.</w:t>
            </w:r>
          </w:p>
          <w:p w14:paraId="624D10D8" w14:textId="4E57BFBF" w:rsidR="006731BC" w:rsidRPr="00825EAD" w:rsidRDefault="006731BC" w:rsidP="00074666">
            <w:pPr>
              <w:rPr>
                <w:rFonts w:ascii="Arial" w:hAnsi="Arial" w:cs="Arial"/>
              </w:rPr>
            </w:pPr>
          </w:p>
        </w:tc>
        <w:tc>
          <w:tcPr>
            <w:tcW w:w="5153" w:type="dxa"/>
          </w:tcPr>
          <w:p w14:paraId="32B6BC95" w14:textId="77777777" w:rsidR="00A54D60" w:rsidRPr="00825EAD" w:rsidRDefault="00074666" w:rsidP="002A175C">
            <w:pPr>
              <w:pStyle w:val="NoSpacing"/>
              <w:rPr>
                <w:rFonts w:ascii="Arial" w:hAnsi="Arial" w:cs="Arial"/>
              </w:rPr>
            </w:pPr>
            <w:r w:rsidRPr="00825EAD">
              <w:rPr>
                <w:rFonts w:ascii="Segoe UI Emoji" w:hAnsi="Segoe UI Emoji" w:cs="Segoe UI Emoji"/>
                <w:b/>
              </w:rPr>
              <w:t>☀️</w:t>
            </w:r>
            <w:r w:rsidRPr="00825EAD">
              <w:rPr>
                <w:rFonts w:ascii="Arial" w:hAnsi="Arial" w:cs="Arial"/>
                <w:b/>
              </w:rPr>
              <w:t xml:space="preserve"> SUMMER HEALTH</w:t>
            </w:r>
            <w:r w:rsidRPr="00825EAD">
              <w:rPr>
                <w:rFonts w:ascii="Arial" w:hAnsi="Arial" w:cs="Arial"/>
                <w:b/>
              </w:rPr>
              <w:br/>
            </w:r>
          </w:p>
          <w:p w14:paraId="017C872E" w14:textId="247B8C01" w:rsidR="002A175C" w:rsidRPr="00825EAD" w:rsidRDefault="002A175C" w:rsidP="002A175C">
            <w:pPr>
              <w:pStyle w:val="NoSpacing"/>
              <w:rPr>
                <w:rFonts w:ascii="Arial" w:hAnsi="Arial" w:cs="Arial"/>
              </w:rPr>
            </w:pPr>
            <w:r w:rsidRPr="00825EAD">
              <w:rPr>
                <w:rFonts w:ascii="Segoe UI Emoji" w:hAnsi="Segoe UI Emoji" w:cs="Segoe UI Emoji"/>
              </w:rPr>
              <w:t>✅</w:t>
            </w:r>
            <w:r w:rsidRPr="00825EAD">
              <w:rPr>
                <w:rFonts w:ascii="Arial" w:hAnsi="Arial" w:cs="Arial"/>
              </w:rPr>
              <w:t xml:space="preserve"> Drink plenty of water</w:t>
            </w:r>
          </w:p>
          <w:p w14:paraId="215A9E9E" w14:textId="77777777" w:rsidR="002A175C" w:rsidRPr="00825EAD" w:rsidRDefault="002A175C" w:rsidP="002A175C">
            <w:pPr>
              <w:pStyle w:val="NoSpacing"/>
              <w:rPr>
                <w:rFonts w:ascii="Arial" w:hAnsi="Arial" w:cs="Arial"/>
              </w:rPr>
            </w:pPr>
            <w:r w:rsidRPr="00825EAD">
              <w:rPr>
                <w:rFonts w:ascii="Segoe UI Emoji" w:hAnsi="Segoe UI Emoji" w:cs="Segoe UI Emoji"/>
              </w:rPr>
              <w:t>✅</w:t>
            </w:r>
            <w:r w:rsidRPr="00825EAD">
              <w:rPr>
                <w:rFonts w:ascii="Arial" w:hAnsi="Arial" w:cs="Arial"/>
              </w:rPr>
              <w:t xml:space="preserve"> Stay cool</w:t>
            </w:r>
          </w:p>
          <w:p w14:paraId="2C83E200" w14:textId="77777777" w:rsidR="002A175C" w:rsidRPr="00825EAD" w:rsidRDefault="002A175C" w:rsidP="002A175C">
            <w:pPr>
              <w:pStyle w:val="NoSpacing"/>
              <w:rPr>
                <w:rFonts w:ascii="Arial" w:hAnsi="Arial" w:cs="Arial"/>
              </w:rPr>
            </w:pPr>
            <w:r w:rsidRPr="00825EAD">
              <w:rPr>
                <w:rFonts w:ascii="Segoe UI Emoji" w:hAnsi="Segoe UI Emoji" w:cs="Segoe UI Emoji"/>
              </w:rPr>
              <w:t>✅</w:t>
            </w:r>
            <w:r w:rsidRPr="00825EAD">
              <w:rPr>
                <w:rFonts w:ascii="Arial" w:hAnsi="Arial" w:cs="Arial"/>
              </w:rPr>
              <w:t xml:space="preserve"> Wear sunscreen</w:t>
            </w:r>
          </w:p>
          <w:p w14:paraId="5A81EDBB" w14:textId="77777777" w:rsidR="002A175C" w:rsidRPr="00825EAD" w:rsidRDefault="002A175C" w:rsidP="002A175C">
            <w:pPr>
              <w:pStyle w:val="NoSpacing"/>
              <w:rPr>
                <w:rFonts w:ascii="Arial" w:hAnsi="Arial" w:cs="Arial"/>
              </w:rPr>
            </w:pPr>
            <w:r w:rsidRPr="00825EAD">
              <w:rPr>
                <w:rFonts w:ascii="Segoe UI Emoji" w:hAnsi="Segoe UI Emoji" w:cs="Segoe UI Emoji"/>
              </w:rPr>
              <w:t>✅</w:t>
            </w:r>
            <w:r w:rsidRPr="00825EAD">
              <w:rPr>
                <w:rFonts w:ascii="Arial" w:hAnsi="Arial" w:cs="Arial"/>
              </w:rPr>
              <w:t xml:space="preserve"> Check on elderly relatives</w:t>
            </w:r>
          </w:p>
          <w:p w14:paraId="7ED25E0B" w14:textId="77777777" w:rsidR="00074666" w:rsidRPr="00825EAD" w:rsidRDefault="002A175C" w:rsidP="002A175C">
            <w:pPr>
              <w:pStyle w:val="NoSpacing"/>
              <w:rPr>
                <w:rFonts w:ascii="Arial" w:hAnsi="Arial" w:cs="Arial"/>
              </w:rPr>
            </w:pPr>
            <w:r w:rsidRPr="00825EAD">
              <w:rPr>
                <w:rFonts w:ascii="Segoe UI Emoji" w:hAnsi="Segoe UI Emoji" w:cs="Segoe UI Emoji"/>
              </w:rPr>
              <w:t>✅</w:t>
            </w:r>
            <w:r w:rsidRPr="00825EAD">
              <w:rPr>
                <w:rFonts w:ascii="Arial" w:hAnsi="Arial" w:cs="Arial"/>
              </w:rPr>
              <w:t xml:space="preserve"> Store medication correctly</w:t>
            </w:r>
          </w:p>
          <w:p w14:paraId="7FCB3D4A" w14:textId="77777777" w:rsidR="002A175C" w:rsidRDefault="002A175C" w:rsidP="002A175C">
            <w:pPr>
              <w:pStyle w:val="NoSpacing"/>
              <w:rPr>
                <w:rFonts w:ascii="Arial" w:hAnsi="Arial" w:cs="Arial"/>
              </w:rPr>
            </w:pPr>
          </w:p>
          <w:p w14:paraId="5D3FFDB6" w14:textId="4C69FB3A" w:rsidR="00110E6F" w:rsidRDefault="00110E6F" w:rsidP="002A175C">
            <w:pPr>
              <w:pStyle w:val="NoSpacing"/>
              <w:rPr>
                <w:rFonts w:ascii="Arial" w:hAnsi="Arial" w:cs="Arial"/>
              </w:rPr>
            </w:pPr>
            <w:r>
              <w:rPr>
                <w:rFonts w:ascii="Arial" w:hAnsi="Arial" w:cs="Arial"/>
              </w:rPr>
              <w:t xml:space="preserve">For more </w:t>
            </w:r>
            <w:r w:rsidR="001612AD">
              <w:rPr>
                <w:rFonts w:ascii="Arial" w:hAnsi="Arial" w:cs="Arial"/>
              </w:rPr>
              <w:t xml:space="preserve">information on how summer can affect your medicines </w:t>
            </w:r>
            <w:r w:rsidR="00E35337">
              <w:rPr>
                <w:rFonts w:ascii="Arial" w:hAnsi="Arial" w:cs="Arial"/>
              </w:rPr>
              <w:t xml:space="preserve">and </w:t>
            </w:r>
            <w:r w:rsidR="00EF4CFD">
              <w:rPr>
                <w:rFonts w:ascii="Arial" w:hAnsi="Arial" w:cs="Arial"/>
              </w:rPr>
              <w:t xml:space="preserve">to </w:t>
            </w:r>
            <w:r w:rsidR="00E35337">
              <w:rPr>
                <w:rFonts w:ascii="Arial" w:hAnsi="Arial" w:cs="Arial"/>
              </w:rPr>
              <w:t>stay safe:</w:t>
            </w:r>
          </w:p>
          <w:p w14:paraId="6C77B051" w14:textId="77777777" w:rsidR="001612AD" w:rsidRDefault="00E35337" w:rsidP="002A175C">
            <w:pPr>
              <w:pStyle w:val="NoSpacing"/>
              <w:rPr>
                <w:rFonts w:ascii="Arial" w:hAnsi="Arial" w:cs="Arial"/>
              </w:rPr>
            </w:pPr>
            <w:hyperlink r:id="rId16" w:history="1">
              <w:r w:rsidRPr="002C39CA">
                <w:rPr>
                  <w:rStyle w:val="Hyperlink"/>
                  <w:rFonts w:ascii="Arial" w:hAnsi="Arial" w:cs="Arial"/>
                </w:rPr>
                <w:t>https://www.gov.uk/government/news/heat-travel-and-late-nights-how-summer-can-affect-your-medicines-and-how-to-stay-safe</w:t>
              </w:r>
            </w:hyperlink>
            <w:r>
              <w:rPr>
                <w:rFonts w:ascii="Arial" w:hAnsi="Arial" w:cs="Arial"/>
              </w:rPr>
              <w:t xml:space="preserve"> </w:t>
            </w:r>
          </w:p>
          <w:p w14:paraId="418C1D5D" w14:textId="255E46C9" w:rsidR="00E82B86" w:rsidRPr="00825EAD" w:rsidRDefault="00E82B86" w:rsidP="002A175C">
            <w:pPr>
              <w:pStyle w:val="NoSpacing"/>
              <w:rPr>
                <w:rFonts w:ascii="Arial" w:hAnsi="Arial" w:cs="Arial"/>
              </w:rPr>
            </w:pPr>
          </w:p>
        </w:tc>
      </w:tr>
      <w:tr w:rsidR="00D33F66" w:rsidRPr="00825EAD" w14:paraId="5AEB46F5" w14:textId="77777777" w:rsidTr="006051DB">
        <w:tc>
          <w:tcPr>
            <w:tcW w:w="5894" w:type="dxa"/>
          </w:tcPr>
          <w:p w14:paraId="1E7C2D01" w14:textId="77777777" w:rsidR="000766F9" w:rsidRPr="00825EAD" w:rsidRDefault="00074666" w:rsidP="00074666">
            <w:pPr>
              <w:rPr>
                <w:rFonts w:ascii="Arial" w:hAnsi="Arial" w:cs="Arial"/>
                <w:b/>
              </w:rPr>
            </w:pPr>
            <w:r w:rsidRPr="00825EAD">
              <w:rPr>
                <w:rFonts w:ascii="Segoe UI Emoji" w:hAnsi="Segoe UI Emoji" w:cs="Segoe UI Emoji"/>
                <w:b/>
              </w:rPr>
              <w:t>❤️</w:t>
            </w:r>
            <w:r w:rsidRPr="00825EAD">
              <w:rPr>
                <w:rFonts w:ascii="Arial" w:hAnsi="Arial" w:cs="Arial"/>
                <w:b/>
              </w:rPr>
              <w:t xml:space="preserve"> CARERS CORNER</w:t>
            </w:r>
          </w:p>
          <w:p w14:paraId="690B6908" w14:textId="77777777" w:rsidR="00BD4502" w:rsidRPr="00825EAD" w:rsidRDefault="00074666" w:rsidP="00BD4502">
            <w:pPr>
              <w:rPr>
                <w:rFonts w:ascii="Arial" w:hAnsi="Arial" w:cs="Arial"/>
                <w:lang w:val="en-GB"/>
              </w:rPr>
            </w:pPr>
            <w:r w:rsidRPr="00825EAD">
              <w:rPr>
                <w:rFonts w:ascii="Arial" w:hAnsi="Arial" w:cs="Arial"/>
                <w:b/>
              </w:rPr>
              <w:br/>
            </w:r>
            <w:r w:rsidR="00A017DD" w:rsidRPr="00825EAD">
              <w:rPr>
                <w:rFonts w:ascii="Arial" w:hAnsi="Arial" w:cs="Arial"/>
                <w:lang w:val="en-GB"/>
              </w:rPr>
              <w:t xml:space="preserve">Many carers don't see themselves as carers – they simply see themselves as helping a loved one. </w:t>
            </w:r>
            <w:r w:rsidR="00BD4502" w:rsidRPr="00825EAD">
              <w:rPr>
                <w:rFonts w:ascii="Arial" w:hAnsi="Arial" w:cs="Arial"/>
                <w:lang w:val="en-GB"/>
              </w:rPr>
              <w:t xml:space="preserve">Whether it's helping with appointments, medication, shopping or emotional support, you may be a </w:t>
            </w:r>
            <w:proofErr w:type="spellStart"/>
            <w:r w:rsidR="00BD4502" w:rsidRPr="00825EAD">
              <w:rPr>
                <w:rFonts w:ascii="Arial" w:hAnsi="Arial" w:cs="Arial"/>
                <w:lang w:val="en-GB"/>
              </w:rPr>
              <w:t>carer</w:t>
            </w:r>
            <w:proofErr w:type="spellEnd"/>
            <w:r w:rsidR="00BD4502" w:rsidRPr="00825EAD">
              <w:rPr>
                <w:rFonts w:ascii="Arial" w:hAnsi="Arial" w:cs="Arial"/>
                <w:lang w:val="en-GB"/>
              </w:rPr>
              <w:t>.</w:t>
            </w:r>
          </w:p>
          <w:p w14:paraId="49AD0D68" w14:textId="77777777" w:rsidR="00BD4502" w:rsidRPr="00825EAD" w:rsidRDefault="00BD4502" w:rsidP="00BD4502">
            <w:pPr>
              <w:rPr>
                <w:rFonts w:ascii="Arial" w:hAnsi="Arial" w:cs="Arial"/>
                <w:lang w:val="en-GB"/>
              </w:rPr>
            </w:pPr>
          </w:p>
          <w:p w14:paraId="78654C3B" w14:textId="75C93E55" w:rsidR="00A017DD" w:rsidRPr="00825EAD" w:rsidRDefault="00A017DD" w:rsidP="00A017DD">
            <w:pPr>
              <w:rPr>
                <w:rFonts w:ascii="Arial" w:hAnsi="Arial" w:cs="Arial"/>
                <w:lang w:val="en-GB"/>
              </w:rPr>
            </w:pPr>
            <w:r w:rsidRPr="00825EAD">
              <w:rPr>
                <w:rFonts w:ascii="Arial" w:hAnsi="Arial" w:cs="Arial"/>
                <w:lang w:val="en-GB"/>
              </w:rPr>
              <w:t xml:space="preserve">If you regularly support a family member, friend or neighbour, please let us know. </w:t>
            </w:r>
          </w:p>
          <w:p w14:paraId="70681922" w14:textId="77777777" w:rsidR="00BD4502" w:rsidRPr="00825EAD" w:rsidRDefault="00BD4502" w:rsidP="00A017DD">
            <w:pPr>
              <w:rPr>
                <w:rFonts w:ascii="Arial" w:hAnsi="Arial" w:cs="Arial"/>
                <w:lang w:val="en-GB"/>
              </w:rPr>
            </w:pPr>
          </w:p>
          <w:p w14:paraId="6A113AF0" w14:textId="582E043C" w:rsidR="00A017DD" w:rsidRPr="00825EAD" w:rsidRDefault="00A017DD" w:rsidP="00A017DD">
            <w:pPr>
              <w:rPr>
                <w:rFonts w:ascii="Arial" w:hAnsi="Arial" w:cs="Arial"/>
                <w:lang w:val="en-GB"/>
              </w:rPr>
            </w:pPr>
            <w:r w:rsidRPr="00825EAD">
              <w:rPr>
                <w:rFonts w:ascii="Arial" w:hAnsi="Arial" w:cs="Arial"/>
                <w:lang w:val="en-GB"/>
              </w:rPr>
              <w:t xml:space="preserve">By joining our </w:t>
            </w:r>
            <w:r w:rsidRPr="00825EAD">
              <w:rPr>
                <w:rFonts w:ascii="Arial" w:hAnsi="Arial" w:cs="Arial"/>
                <w:b/>
                <w:bCs/>
                <w:lang w:val="en-GB"/>
              </w:rPr>
              <w:t>Carers Register</w:t>
            </w:r>
            <w:r w:rsidRPr="00825EAD">
              <w:rPr>
                <w:rFonts w:ascii="Arial" w:hAnsi="Arial" w:cs="Arial"/>
                <w:lang w:val="en-GB"/>
              </w:rPr>
              <w:t xml:space="preserve">, we can help connect you with support, information and local services. Our </w:t>
            </w:r>
            <w:r w:rsidRPr="00825EAD">
              <w:rPr>
                <w:rFonts w:ascii="Arial" w:hAnsi="Arial" w:cs="Arial"/>
                <w:b/>
                <w:bCs/>
                <w:lang w:val="en-GB"/>
              </w:rPr>
              <w:t>Carers Champion, Alison Matthews,</w:t>
            </w:r>
            <w:r w:rsidRPr="00825EAD">
              <w:rPr>
                <w:rFonts w:ascii="Arial" w:hAnsi="Arial" w:cs="Arial"/>
                <w:lang w:val="en-GB"/>
              </w:rPr>
              <w:t xml:space="preserve"> is available to offer guidance and ensure you receive the help you deserve. Speak to our reception team to find out more.</w:t>
            </w:r>
          </w:p>
          <w:p w14:paraId="47EFA671" w14:textId="77777777" w:rsidR="00825EAD" w:rsidRDefault="00825EAD" w:rsidP="00074666">
            <w:pPr>
              <w:rPr>
                <w:rFonts w:ascii="Arial" w:hAnsi="Arial" w:cs="Arial"/>
              </w:rPr>
            </w:pPr>
          </w:p>
          <w:p w14:paraId="4FC1EAD7" w14:textId="77777777" w:rsidR="00DA6817" w:rsidRDefault="00DA6817" w:rsidP="00074666">
            <w:pPr>
              <w:rPr>
                <w:rFonts w:ascii="Arial" w:hAnsi="Arial" w:cs="Arial"/>
              </w:rPr>
            </w:pPr>
          </w:p>
          <w:p w14:paraId="7824A12D" w14:textId="6FF2FF03" w:rsidR="004918C4" w:rsidRPr="00825EAD" w:rsidRDefault="004918C4" w:rsidP="00074666">
            <w:pPr>
              <w:rPr>
                <w:rFonts w:ascii="Arial" w:hAnsi="Arial" w:cs="Arial"/>
              </w:rPr>
            </w:pPr>
          </w:p>
        </w:tc>
        <w:tc>
          <w:tcPr>
            <w:tcW w:w="5153" w:type="dxa"/>
          </w:tcPr>
          <w:p w14:paraId="0D5F0A08" w14:textId="430C9CC2" w:rsidR="00074666" w:rsidRPr="00825EAD" w:rsidRDefault="00074666" w:rsidP="00074666">
            <w:pPr>
              <w:spacing w:after="160" w:line="278" w:lineRule="auto"/>
              <w:rPr>
                <w:rFonts w:ascii="Arial" w:hAnsi="Arial" w:cs="Arial"/>
              </w:rPr>
            </w:pPr>
            <w:r w:rsidRPr="00825EAD">
              <w:rPr>
                <w:rFonts w:ascii="Segoe UI Emoji" w:hAnsi="Segoe UI Emoji" w:cs="Segoe UI Emoji"/>
                <w:b/>
              </w:rPr>
              <w:lastRenderedPageBreak/>
              <w:t>📱</w:t>
            </w:r>
            <w:r w:rsidRPr="00825EAD">
              <w:rPr>
                <w:rFonts w:ascii="Arial" w:hAnsi="Arial" w:cs="Arial"/>
                <w:b/>
              </w:rPr>
              <w:t xml:space="preserve"> NHS APP</w:t>
            </w:r>
            <w:r w:rsidRPr="00825EAD">
              <w:rPr>
                <w:rFonts w:ascii="Arial" w:hAnsi="Arial" w:cs="Arial"/>
                <w:b/>
              </w:rPr>
              <w:br/>
            </w:r>
            <w:r w:rsidRPr="00825EAD">
              <w:rPr>
                <w:rFonts w:ascii="Arial" w:hAnsi="Arial" w:cs="Arial"/>
              </w:rPr>
              <w:t>Manage your healthcare online.</w:t>
            </w:r>
          </w:p>
          <w:p w14:paraId="1E38F5B1" w14:textId="08C8AF0E" w:rsidR="00074666" w:rsidRPr="00825EAD" w:rsidRDefault="00074666" w:rsidP="00E73E3E">
            <w:pPr>
              <w:pStyle w:val="NoSpacing"/>
              <w:rPr>
                <w:rFonts w:ascii="Arial" w:hAnsi="Arial" w:cs="Arial"/>
              </w:rPr>
            </w:pPr>
            <w:r w:rsidRPr="00825EAD">
              <w:rPr>
                <w:rFonts w:ascii="Segoe UI Symbol" w:hAnsi="Segoe UI Symbol" w:cs="Segoe UI Symbol"/>
              </w:rPr>
              <w:t>✔</w:t>
            </w:r>
            <w:r w:rsidRPr="00825EAD">
              <w:rPr>
                <w:rFonts w:ascii="Arial" w:hAnsi="Arial" w:cs="Arial"/>
              </w:rPr>
              <w:t xml:space="preserve"> Order repeat prescriptions</w:t>
            </w:r>
            <w:r w:rsidRPr="00825EAD">
              <w:rPr>
                <w:rFonts w:ascii="Segoe UI Symbol" w:hAnsi="Segoe UI Symbol" w:cs="Segoe UI Symbol"/>
              </w:rPr>
              <w:t>✔</w:t>
            </w:r>
            <w:r w:rsidRPr="00825EAD">
              <w:rPr>
                <w:rFonts w:ascii="Arial" w:hAnsi="Arial" w:cs="Arial"/>
              </w:rPr>
              <w:t xml:space="preserve"> View test results</w:t>
            </w:r>
          </w:p>
          <w:p w14:paraId="5F34620C" w14:textId="4D1C0AED" w:rsidR="00074666" w:rsidRPr="00825EAD" w:rsidRDefault="00074666" w:rsidP="00E73E3E">
            <w:pPr>
              <w:pStyle w:val="NoSpacing"/>
              <w:rPr>
                <w:rFonts w:ascii="Arial" w:hAnsi="Arial" w:cs="Arial"/>
              </w:rPr>
            </w:pPr>
            <w:r w:rsidRPr="00825EAD">
              <w:rPr>
                <w:rFonts w:ascii="Segoe UI Symbol" w:hAnsi="Segoe UI Symbol" w:cs="Segoe UI Symbol"/>
              </w:rPr>
              <w:t>✔</w:t>
            </w:r>
            <w:r w:rsidRPr="00825EAD">
              <w:rPr>
                <w:rFonts w:ascii="Arial" w:hAnsi="Arial" w:cs="Arial"/>
              </w:rPr>
              <w:t xml:space="preserve"> Check appointments</w:t>
            </w:r>
            <w:r w:rsidRPr="00825EAD">
              <w:rPr>
                <w:rFonts w:ascii="Segoe UI Symbol" w:hAnsi="Segoe UI Symbol" w:cs="Segoe UI Symbol"/>
              </w:rPr>
              <w:t>✔</w:t>
            </w:r>
            <w:r w:rsidRPr="00825EAD">
              <w:rPr>
                <w:rFonts w:ascii="Arial" w:hAnsi="Arial" w:cs="Arial"/>
              </w:rPr>
              <w:t xml:space="preserve"> Receive messages</w:t>
            </w:r>
          </w:p>
          <w:p w14:paraId="77A25147" w14:textId="77777777" w:rsidR="00074666" w:rsidRPr="00825EAD" w:rsidRDefault="00074666" w:rsidP="00E73E3E">
            <w:pPr>
              <w:pStyle w:val="NoSpacing"/>
              <w:rPr>
                <w:rFonts w:ascii="Arial" w:hAnsi="Arial" w:cs="Arial"/>
              </w:rPr>
            </w:pPr>
            <w:r w:rsidRPr="00825EAD">
              <w:rPr>
                <w:rFonts w:ascii="Segoe UI Symbol" w:hAnsi="Segoe UI Symbol" w:cs="Segoe UI Symbol"/>
              </w:rPr>
              <w:t>✔</w:t>
            </w:r>
            <w:r w:rsidRPr="00825EAD">
              <w:rPr>
                <w:rFonts w:ascii="Arial" w:hAnsi="Arial" w:cs="Arial"/>
              </w:rPr>
              <w:t xml:space="preserve"> Access your medical record</w:t>
            </w:r>
          </w:p>
          <w:p w14:paraId="376E0C3F" w14:textId="77777777" w:rsidR="00074666" w:rsidRPr="00825EAD" w:rsidRDefault="00074666" w:rsidP="00074666">
            <w:pPr>
              <w:rPr>
                <w:rFonts w:ascii="Arial" w:hAnsi="Arial" w:cs="Arial"/>
              </w:rPr>
            </w:pPr>
          </w:p>
          <w:p w14:paraId="3048261F" w14:textId="4CE0EE7F" w:rsidR="00600966" w:rsidRPr="00B52EBA" w:rsidRDefault="0059103B" w:rsidP="00074666">
            <w:pPr>
              <w:rPr>
                <w:rFonts w:ascii="Arial" w:hAnsi="Arial" w:cs="Arial"/>
                <w:lang w:val="en-GB"/>
              </w:rPr>
            </w:pPr>
            <w:r w:rsidRPr="00825EAD">
              <w:rPr>
                <w:rFonts w:ascii="Arial" w:hAnsi="Arial" w:cs="Arial"/>
                <w:lang w:val="en-GB"/>
              </w:rPr>
              <w:t xml:space="preserve">Our </w:t>
            </w:r>
            <w:r w:rsidRPr="00B97112">
              <w:rPr>
                <w:rFonts w:ascii="Arial" w:hAnsi="Arial" w:cs="Arial"/>
                <w:b/>
                <w:bCs/>
                <w:lang w:val="en-GB"/>
              </w:rPr>
              <w:t>NHS App Champion, Sonia Chambers,</w:t>
            </w:r>
            <w:r w:rsidRPr="00825EAD">
              <w:rPr>
                <w:rFonts w:ascii="Arial" w:hAnsi="Arial" w:cs="Arial"/>
                <w:lang w:val="en-GB"/>
              </w:rPr>
              <w:t xml:space="preserve"> is available to help patients get started with the NHS App and make the most of its features. Sonia can provide guidance on downloading the app, verifying your identity, and accessing services such as ordering repeat prescriptions, viewing your medical record, and managing appointments.</w:t>
            </w:r>
          </w:p>
        </w:tc>
      </w:tr>
      <w:tr w:rsidR="00D33F66" w:rsidRPr="00825EAD" w14:paraId="3BFB843B" w14:textId="77777777" w:rsidTr="006051DB">
        <w:tc>
          <w:tcPr>
            <w:tcW w:w="5894" w:type="dxa"/>
          </w:tcPr>
          <w:p w14:paraId="3C89C097" w14:textId="56B7C854" w:rsidR="00393B64" w:rsidRDefault="007019DE" w:rsidP="00074666">
            <w:pPr>
              <w:rPr>
                <w:rFonts w:ascii="Arial" w:hAnsi="Arial" w:cs="Arial"/>
                <w:b/>
              </w:rPr>
            </w:pPr>
            <w:r w:rsidRPr="007019DE">
              <w:rPr>
                <w:rFonts w:ascii="Segoe UI Emoji" w:hAnsi="Segoe UI Emoji" w:cs="Segoe UI Emoji"/>
                <w:b/>
              </w:rPr>
              <w:t>🆘</w:t>
            </w:r>
            <w:r w:rsidRPr="00CB415F">
              <w:rPr>
                <w:rFonts w:ascii="Arial" w:hAnsi="Arial" w:cs="Arial"/>
                <w:b/>
              </w:rPr>
              <w:t>D</w:t>
            </w:r>
            <w:r w:rsidR="00CB415F">
              <w:rPr>
                <w:rFonts w:ascii="Arial" w:hAnsi="Arial" w:cs="Arial"/>
                <w:b/>
              </w:rPr>
              <w:t xml:space="preserve">OMESTIC ABUSE AWARENESS </w:t>
            </w:r>
          </w:p>
          <w:p w14:paraId="469ABDD5" w14:textId="77777777" w:rsidR="00CB415F" w:rsidRPr="00CB415F" w:rsidRDefault="00CB415F" w:rsidP="00074666">
            <w:pPr>
              <w:rPr>
                <w:rFonts w:ascii="Arial" w:hAnsi="Arial" w:cs="Arial"/>
                <w:b/>
              </w:rPr>
            </w:pPr>
          </w:p>
          <w:p w14:paraId="3351B6D8" w14:textId="0A9AAD91" w:rsidR="00DE77E3" w:rsidRDefault="00DE77E3" w:rsidP="00DE77E3">
            <w:pPr>
              <w:rPr>
                <w:rFonts w:ascii="Arial" w:hAnsi="Arial" w:cs="Arial"/>
                <w:bCs/>
                <w:lang w:val="en-GB"/>
              </w:rPr>
            </w:pPr>
            <w:r w:rsidRPr="00DE77E3">
              <w:rPr>
                <w:rFonts w:ascii="Arial" w:hAnsi="Arial" w:cs="Arial"/>
                <w:bCs/>
                <w:lang w:val="en-GB"/>
              </w:rPr>
              <w:t xml:space="preserve">Domestic abuse can affect anyone and may include physical, emotional, psychological, sexual or financial abuse, as well as controlling or coercive behaviour. Wootton Medical Centre has a dedicated </w:t>
            </w:r>
            <w:r w:rsidRPr="00DE77E3">
              <w:rPr>
                <w:rFonts w:ascii="Arial" w:hAnsi="Arial" w:cs="Arial"/>
                <w:b/>
                <w:lang w:val="en-GB"/>
              </w:rPr>
              <w:t>Domestic Abuse Champion, Vikki Adan,</w:t>
            </w:r>
            <w:r w:rsidRPr="00DE77E3">
              <w:rPr>
                <w:rFonts w:ascii="Arial" w:hAnsi="Arial" w:cs="Arial"/>
                <w:bCs/>
                <w:lang w:val="en-GB"/>
              </w:rPr>
              <w:t xml:space="preserve"> who can help patients access support and specialist services. If you are experiencing abuse, or are worried about someone you know, please speak to a member of our team in confidence – support is available. </w:t>
            </w:r>
          </w:p>
          <w:p w14:paraId="3A0759F7" w14:textId="77777777" w:rsidR="00250076" w:rsidRDefault="00250076" w:rsidP="00DE77E3">
            <w:pPr>
              <w:rPr>
                <w:rFonts w:ascii="Arial" w:hAnsi="Arial" w:cs="Arial"/>
                <w:bCs/>
                <w:lang w:val="en-GB"/>
              </w:rPr>
            </w:pPr>
          </w:p>
          <w:p w14:paraId="60E04B71" w14:textId="77777777" w:rsidR="00DE77E3" w:rsidRDefault="00DE77E3" w:rsidP="00DE77E3">
            <w:pPr>
              <w:rPr>
                <w:rFonts w:ascii="Arial" w:hAnsi="Arial" w:cs="Arial"/>
                <w:b/>
                <w:bCs/>
                <w:lang w:val="en-GB"/>
              </w:rPr>
            </w:pPr>
            <w:r w:rsidRPr="00DE77E3">
              <w:rPr>
                <w:rFonts w:ascii="Arial" w:hAnsi="Arial" w:cs="Arial"/>
                <w:b/>
                <w:bCs/>
                <w:lang w:val="en-GB"/>
              </w:rPr>
              <w:t>Local Support</w:t>
            </w:r>
          </w:p>
          <w:p w14:paraId="44C49104" w14:textId="77777777" w:rsidR="00250076" w:rsidRPr="00DE77E3" w:rsidRDefault="00250076" w:rsidP="00DE77E3">
            <w:pPr>
              <w:rPr>
                <w:rFonts w:ascii="Arial" w:hAnsi="Arial" w:cs="Arial"/>
                <w:b/>
                <w:lang w:val="en-GB"/>
              </w:rPr>
            </w:pPr>
          </w:p>
          <w:p w14:paraId="17BB1920" w14:textId="07E2F909" w:rsidR="00DE77E3" w:rsidRDefault="00DE77E3" w:rsidP="00DE77E3">
            <w:pPr>
              <w:numPr>
                <w:ilvl w:val="0"/>
                <w:numId w:val="21"/>
              </w:numPr>
              <w:rPr>
                <w:rFonts w:ascii="Arial" w:hAnsi="Arial" w:cs="Arial"/>
                <w:b/>
                <w:lang w:val="en-GB"/>
              </w:rPr>
            </w:pPr>
            <w:r w:rsidRPr="00DE77E3">
              <w:rPr>
                <w:rFonts w:ascii="Arial" w:hAnsi="Arial" w:cs="Arial"/>
                <w:b/>
                <w:bCs/>
                <w:lang w:val="en-GB"/>
              </w:rPr>
              <w:t>Northamptonshire Domestic Abuse Service (NDAS):</w:t>
            </w:r>
            <w:r w:rsidRPr="00DE77E3">
              <w:rPr>
                <w:rFonts w:ascii="Arial" w:hAnsi="Arial" w:cs="Arial"/>
                <w:b/>
                <w:lang w:val="en-GB"/>
              </w:rPr>
              <w:t xml:space="preserve"> 0300 012 0154 </w:t>
            </w:r>
            <w:hyperlink r:id="rId17" w:history="1">
              <w:r w:rsidR="00CB415F" w:rsidRPr="00116A82">
                <w:rPr>
                  <w:rStyle w:val="Hyperlink"/>
                  <w:rFonts w:ascii="Arial" w:hAnsi="Arial" w:cs="Arial"/>
                  <w:b/>
                  <w:lang w:val="en-GB"/>
                </w:rPr>
                <w:t>https://www.ndas.co/</w:t>
              </w:r>
            </w:hyperlink>
            <w:r w:rsidR="00CB415F" w:rsidRPr="00116A82">
              <w:rPr>
                <w:rFonts w:ascii="Arial" w:hAnsi="Arial" w:cs="Arial"/>
                <w:b/>
                <w:lang w:val="en-GB"/>
              </w:rPr>
              <w:t xml:space="preserve"> </w:t>
            </w:r>
          </w:p>
          <w:p w14:paraId="721F9E5B" w14:textId="77777777" w:rsidR="00250076" w:rsidRPr="00DE77E3" w:rsidRDefault="00250076" w:rsidP="00974F48">
            <w:pPr>
              <w:ind w:left="720"/>
              <w:rPr>
                <w:rFonts w:ascii="Arial" w:hAnsi="Arial" w:cs="Arial"/>
                <w:b/>
                <w:lang w:val="en-GB"/>
              </w:rPr>
            </w:pPr>
          </w:p>
          <w:p w14:paraId="7FBFA9C0" w14:textId="20FFBC35" w:rsidR="00DE77E3" w:rsidRDefault="00DE77E3" w:rsidP="00DE77E3">
            <w:pPr>
              <w:numPr>
                <w:ilvl w:val="0"/>
                <w:numId w:val="21"/>
              </w:numPr>
              <w:rPr>
                <w:rFonts w:ascii="Arial" w:hAnsi="Arial" w:cs="Arial"/>
                <w:b/>
                <w:lang w:val="en-GB"/>
              </w:rPr>
            </w:pPr>
            <w:r w:rsidRPr="00DE77E3">
              <w:rPr>
                <w:rFonts w:ascii="Arial" w:hAnsi="Arial" w:cs="Arial"/>
                <w:b/>
                <w:bCs/>
                <w:lang w:val="en-GB"/>
              </w:rPr>
              <w:t>National Domestic Abuse Helpline (24/7):</w:t>
            </w:r>
            <w:r w:rsidRPr="00DE77E3">
              <w:rPr>
                <w:rFonts w:ascii="Arial" w:hAnsi="Arial" w:cs="Arial"/>
                <w:b/>
                <w:lang w:val="en-GB"/>
              </w:rPr>
              <w:t xml:space="preserve"> 0808 2000 247 </w:t>
            </w:r>
            <w:hyperlink r:id="rId18" w:history="1">
              <w:r w:rsidR="008C410F" w:rsidRPr="00DE77E3">
                <w:rPr>
                  <w:rStyle w:val="Hyperlink"/>
                  <w:rFonts w:ascii="Arial" w:hAnsi="Arial" w:cs="Arial"/>
                  <w:b/>
                  <w:lang w:val="en-GB"/>
                </w:rPr>
                <w:t>www.nationaldahelpline.org.uk</w:t>
              </w:r>
            </w:hyperlink>
            <w:r w:rsidRPr="00DE77E3">
              <w:rPr>
                <w:rFonts w:ascii="Arial" w:hAnsi="Arial" w:cs="Arial"/>
                <w:b/>
                <w:lang w:val="en-GB"/>
              </w:rPr>
              <w:t xml:space="preserve"> </w:t>
            </w:r>
          </w:p>
          <w:p w14:paraId="6553756C" w14:textId="77777777" w:rsidR="00250076" w:rsidRDefault="00250076" w:rsidP="00250076">
            <w:pPr>
              <w:ind w:left="720"/>
              <w:rPr>
                <w:rFonts w:ascii="Arial" w:hAnsi="Arial" w:cs="Arial"/>
                <w:b/>
                <w:lang w:val="en-GB"/>
              </w:rPr>
            </w:pPr>
          </w:p>
          <w:p w14:paraId="6BC78BFE" w14:textId="77777777" w:rsidR="00D33F66" w:rsidRPr="00D33F66" w:rsidRDefault="00DC0783" w:rsidP="00D33F66">
            <w:pPr>
              <w:pStyle w:val="ListParagraph"/>
              <w:numPr>
                <w:ilvl w:val="0"/>
                <w:numId w:val="23"/>
              </w:numPr>
              <w:rPr>
                <w:rFonts w:ascii="Arial" w:hAnsi="Arial" w:cs="Arial"/>
                <w:b/>
                <w:lang w:val="en-GB"/>
              </w:rPr>
            </w:pPr>
            <w:r w:rsidRPr="00D33F66">
              <w:rPr>
                <w:rFonts w:ascii="Arial" w:hAnsi="Arial" w:cs="Arial"/>
                <w:b/>
                <w:lang w:val="en-GB"/>
              </w:rPr>
              <w:t xml:space="preserve">West Northamptonshire </w:t>
            </w:r>
            <w:r w:rsidR="00D33F66" w:rsidRPr="00D33F66">
              <w:rPr>
                <w:rFonts w:ascii="Arial" w:hAnsi="Arial" w:cs="Arial"/>
                <w:b/>
                <w:lang w:val="en-GB"/>
              </w:rPr>
              <w:t>Council</w:t>
            </w:r>
          </w:p>
          <w:p w14:paraId="0724A1AF" w14:textId="0F131AD6" w:rsidR="00974F48" w:rsidRPr="00D33F66" w:rsidRDefault="00D33F66" w:rsidP="00D33F66">
            <w:pPr>
              <w:pStyle w:val="ListParagraph"/>
              <w:rPr>
                <w:rFonts w:ascii="Arial" w:hAnsi="Arial" w:cs="Arial"/>
                <w:b/>
                <w:lang w:val="en-GB"/>
              </w:rPr>
            </w:pPr>
            <w:hyperlink r:id="rId19" w:history="1">
              <w:r w:rsidRPr="002C39CA">
                <w:rPr>
                  <w:rStyle w:val="Hyperlink"/>
                  <w:rFonts w:ascii="Arial" w:hAnsi="Arial" w:cs="Arial"/>
                  <w:b/>
                  <w:lang w:val="en-GB"/>
                </w:rPr>
                <w:t>https://www.westnorthants.gov.uk/personal-safety-and-community-support/domestic-abuse/help-and-support-victims-domestic-abuse</w:t>
              </w:r>
            </w:hyperlink>
            <w:r w:rsidRPr="00D33F66">
              <w:rPr>
                <w:rFonts w:ascii="Arial" w:hAnsi="Arial" w:cs="Arial"/>
                <w:b/>
                <w:lang w:val="en-GB"/>
              </w:rPr>
              <w:t xml:space="preserve"> </w:t>
            </w:r>
          </w:p>
          <w:p w14:paraId="3EDBFE68" w14:textId="77777777" w:rsidR="00250076" w:rsidRDefault="00250076" w:rsidP="00250076">
            <w:pPr>
              <w:ind w:left="720"/>
              <w:rPr>
                <w:rFonts w:ascii="Arial" w:hAnsi="Arial" w:cs="Arial"/>
                <w:b/>
                <w:lang w:val="en-GB"/>
              </w:rPr>
            </w:pPr>
          </w:p>
          <w:p w14:paraId="56B07439" w14:textId="337A4CC4" w:rsidR="00D33F66" w:rsidRPr="006C2B71" w:rsidRDefault="006C2B71" w:rsidP="006C2B71">
            <w:pPr>
              <w:pStyle w:val="ListParagraph"/>
              <w:numPr>
                <w:ilvl w:val="0"/>
                <w:numId w:val="23"/>
              </w:numPr>
              <w:rPr>
                <w:rFonts w:ascii="Arial" w:hAnsi="Arial" w:cs="Arial"/>
                <w:b/>
                <w:lang w:val="en-GB"/>
              </w:rPr>
            </w:pPr>
            <w:r w:rsidRPr="006C2B71">
              <w:rPr>
                <w:rFonts w:ascii="Arial" w:hAnsi="Arial" w:cs="Arial"/>
                <w:b/>
                <w:lang w:val="en-GB"/>
              </w:rPr>
              <w:t>Northants Police</w:t>
            </w:r>
          </w:p>
          <w:p w14:paraId="26D77A5A" w14:textId="2B5F29B0" w:rsidR="006C2B71" w:rsidRDefault="006C2B71" w:rsidP="00250076">
            <w:pPr>
              <w:ind w:left="720"/>
              <w:rPr>
                <w:rFonts w:ascii="Arial" w:hAnsi="Arial" w:cs="Arial"/>
                <w:b/>
                <w:lang w:val="en-GB"/>
              </w:rPr>
            </w:pPr>
            <w:hyperlink r:id="rId20" w:history="1">
              <w:r w:rsidRPr="002C39CA">
                <w:rPr>
                  <w:rStyle w:val="Hyperlink"/>
                  <w:rFonts w:ascii="Arial" w:hAnsi="Arial" w:cs="Arial"/>
                  <w:b/>
                  <w:lang w:val="en-GB"/>
                </w:rPr>
                <w:t>https://www.northants.police.uk/advice/advice-and-information/daa/domestic-abuse/support-organisations/</w:t>
              </w:r>
            </w:hyperlink>
            <w:r>
              <w:rPr>
                <w:rFonts w:ascii="Arial" w:hAnsi="Arial" w:cs="Arial"/>
                <w:b/>
                <w:lang w:val="en-GB"/>
              </w:rPr>
              <w:t xml:space="preserve"> </w:t>
            </w:r>
          </w:p>
          <w:p w14:paraId="1A41FB43" w14:textId="77777777" w:rsidR="006C2B71" w:rsidRPr="00DE77E3" w:rsidRDefault="006C2B71" w:rsidP="00250076">
            <w:pPr>
              <w:ind w:left="720"/>
              <w:rPr>
                <w:rFonts w:ascii="Arial" w:hAnsi="Arial" w:cs="Arial"/>
                <w:b/>
                <w:lang w:val="en-GB"/>
              </w:rPr>
            </w:pPr>
          </w:p>
          <w:p w14:paraId="76E035BD" w14:textId="574631D0" w:rsidR="00DE77E3" w:rsidRPr="00DE77E3" w:rsidRDefault="00DE77E3" w:rsidP="00DE77E3">
            <w:pPr>
              <w:rPr>
                <w:rFonts w:ascii="Arial" w:hAnsi="Arial" w:cs="Arial"/>
                <w:b/>
                <w:lang w:val="en-GB"/>
              </w:rPr>
            </w:pPr>
            <w:r w:rsidRPr="00DE77E3">
              <w:rPr>
                <w:rFonts w:ascii="Arial" w:hAnsi="Arial" w:cs="Arial"/>
                <w:b/>
                <w:bCs/>
                <w:lang w:val="en-GB"/>
              </w:rPr>
              <w:t>In an emergency, call 999. If you cannot speak, press 55 when prompted.</w:t>
            </w:r>
            <w:r w:rsidRPr="00DE77E3">
              <w:rPr>
                <w:rFonts w:ascii="Arial" w:hAnsi="Arial" w:cs="Arial"/>
                <w:b/>
                <w:lang w:val="en-GB"/>
              </w:rPr>
              <w:t xml:space="preserve"> </w:t>
            </w:r>
          </w:p>
          <w:p w14:paraId="5F14AD97" w14:textId="5B5A2664" w:rsidR="009A6C81" w:rsidRPr="00825EAD" w:rsidRDefault="009A6C81" w:rsidP="00074666">
            <w:pPr>
              <w:rPr>
                <w:rFonts w:ascii="Segoe UI Emoji" w:hAnsi="Segoe UI Emoji" w:cs="Segoe UI Emoji"/>
                <w:b/>
              </w:rPr>
            </w:pPr>
          </w:p>
        </w:tc>
        <w:tc>
          <w:tcPr>
            <w:tcW w:w="5153" w:type="dxa"/>
          </w:tcPr>
          <w:p w14:paraId="53852046" w14:textId="44EC35CE" w:rsidR="00787CAF" w:rsidRDefault="00DF2779" w:rsidP="00250076">
            <w:pPr>
              <w:pStyle w:val="NoSpacing"/>
              <w:rPr>
                <w:rFonts w:ascii="Arial" w:hAnsi="Arial" w:cs="Arial"/>
                <w:b/>
                <w:bCs/>
                <w:lang w:val="en-GB" w:eastAsia="en-GB"/>
              </w:rPr>
            </w:pPr>
            <w:r w:rsidRPr="00250076">
              <w:rPr>
                <w:rFonts w:ascii="Segoe UI Emoji" w:hAnsi="Segoe UI Emoji" w:cs="Segoe UI Emoji"/>
                <w:lang w:val="en-GB" w:eastAsia="en-GB"/>
              </w:rPr>
              <w:t>📋</w:t>
            </w:r>
            <w:r w:rsidRPr="00250076">
              <w:rPr>
                <w:rFonts w:ascii="Arial" w:hAnsi="Arial" w:cs="Arial"/>
                <w:lang w:val="en-GB" w:eastAsia="en-GB"/>
              </w:rPr>
              <w:t xml:space="preserve"> </w:t>
            </w:r>
            <w:r w:rsidR="00787CAF" w:rsidRPr="00250076">
              <w:rPr>
                <w:rFonts w:ascii="Arial" w:hAnsi="Arial" w:cs="Arial"/>
                <w:b/>
                <w:bCs/>
                <w:lang w:val="en-GB" w:eastAsia="en-GB"/>
              </w:rPr>
              <w:t>COMPLAINTS AND COMPLIMENTS</w:t>
            </w:r>
          </w:p>
          <w:p w14:paraId="5A7B4C12" w14:textId="77777777" w:rsidR="00250076" w:rsidRPr="00250076" w:rsidRDefault="00250076" w:rsidP="00250076">
            <w:pPr>
              <w:pStyle w:val="NoSpacing"/>
              <w:rPr>
                <w:rFonts w:ascii="Arial" w:hAnsi="Arial" w:cs="Arial"/>
                <w:lang w:val="en-GB" w:eastAsia="en-GB"/>
              </w:rPr>
            </w:pPr>
          </w:p>
          <w:p w14:paraId="729C446E" w14:textId="77777777" w:rsidR="00DF4109" w:rsidRDefault="00DF4109" w:rsidP="00250076">
            <w:pPr>
              <w:pStyle w:val="NoSpacing"/>
              <w:rPr>
                <w:rFonts w:ascii="Arial" w:hAnsi="Arial" w:cs="Arial"/>
                <w:lang w:val="en-GB" w:eastAsia="en-GB"/>
              </w:rPr>
            </w:pPr>
            <w:r w:rsidRPr="00250076">
              <w:rPr>
                <w:rFonts w:ascii="Arial" w:hAnsi="Arial" w:cs="Arial"/>
                <w:lang w:val="en-GB" w:eastAsia="en-GB"/>
              </w:rPr>
              <w:t>At Wootton Medical Centre, we welcome all feedback from our patients. Your comments help us understand what we are doing well and where we can improve our services.</w:t>
            </w:r>
          </w:p>
          <w:p w14:paraId="087EC238" w14:textId="77777777" w:rsidR="00250076" w:rsidRPr="00250076" w:rsidRDefault="00250076" w:rsidP="00250076">
            <w:pPr>
              <w:pStyle w:val="NoSpacing"/>
              <w:rPr>
                <w:rFonts w:ascii="Arial" w:hAnsi="Arial" w:cs="Arial"/>
                <w:lang w:val="en-GB" w:eastAsia="en-GB"/>
              </w:rPr>
            </w:pPr>
          </w:p>
          <w:p w14:paraId="6FFA15DC" w14:textId="77777777" w:rsidR="00DF4109" w:rsidRDefault="00DF4109" w:rsidP="00250076">
            <w:pPr>
              <w:pStyle w:val="NoSpacing"/>
              <w:rPr>
                <w:rFonts w:ascii="Arial" w:hAnsi="Arial" w:cs="Arial"/>
                <w:b/>
                <w:bCs/>
                <w:lang w:val="en-GB" w:eastAsia="en-GB"/>
              </w:rPr>
            </w:pPr>
            <w:r w:rsidRPr="00250076">
              <w:rPr>
                <w:rFonts w:ascii="Arial" w:hAnsi="Arial" w:cs="Arial"/>
                <w:b/>
                <w:bCs/>
                <w:lang w:val="en-GB" w:eastAsia="en-GB"/>
              </w:rPr>
              <w:t>Compliments</w:t>
            </w:r>
          </w:p>
          <w:p w14:paraId="118A1C44" w14:textId="77777777" w:rsidR="00250076" w:rsidRPr="00250076" w:rsidRDefault="00250076" w:rsidP="00250076">
            <w:pPr>
              <w:pStyle w:val="NoSpacing"/>
              <w:rPr>
                <w:rFonts w:ascii="Arial" w:hAnsi="Arial" w:cs="Arial"/>
                <w:b/>
                <w:bCs/>
                <w:lang w:val="en-GB" w:eastAsia="en-GB"/>
              </w:rPr>
            </w:pPr>
          </w:p>
          <w:p w14:paraId="68259A52" w14:textId="77777777" w:rsidR="00DF4109" w:rsidRDefault="00DF4109" w:rsidP="00250076">
            <w:pPr>
              <w:pStyle w:val="NoSpacing"/>
              <w:rPr>
                <w:rFonts w:ascii="Arial" w:hAnsi="Arial" w:cs="Arial"/>
                <w:lang w:val="en-GB" w:eastAsia="en-GB"/>
              </w:rPr>
            </w:pPr>
            <w:r w:rsidRPr="00250076">
              <w:rPr>
                <w:rFonts w:ascii="Arial" w:hAnsi="Arial" w:cs="Arial"/>
                <w:lang w:val="en-GB" w:eastAsia="en-GB"/>
              </w:rPr>
              <w:t>We would like to thank those patients who have taken the time to share positive feedback with our team. We regularly receive compliments about the kindness, professionalism and dedication of our clinicians, reception team and support staff. Your kind words are greatly appreciated and are shared with staff to recognise their hard work and commitment to patient care.</w:t>
            </w:r>
          </w:p>
          <w:p w14:paraId="7A9A6363" w14:textId="77777777" w:rsidR="00250076" w:rsidRPr="00250076" w:rsidRDefault="00250076" w:rsidP="00250076">
            <w:pPr>
              <w:pStyle w:val="NoSpacing"/>
              <w:rPr>
                <w:rFonts w:ascii="Arial" w:hAnsi="Arial" w:cs="Arial"/>
                <w:lang w:val="en-GB" w:eastAsia="en-GB"/>
              </w:rPr>
            </w:pPr>
          </w:p>
          <w:p w14:paraId="059E304E" w14:textId="77777777" w:rsidR="00DF4109" w:rsidRDefault="00DF4109" w:rsidP="00250076">
            <w:pPr>
              <w:pStyle w:val="NoSpacing"/>
              <w:rPr>
                <w:rFonts w:ascii="Arial" w:hAnsi="Arial" w:cs="Arial"/>
                <w:b/>
                <w:bCs/>
                <w:lang w:val="en-GB" w:eastAsia="en-GB"/>
              </w:rPr>
            </w:pPr>
            <w:r w:rsidRPr="00250076">
              <w:rPr>
                <w:rFonts w:ascii="Arial" w:hAnsi="Arial" w:cs="Arial"/>
                <w:b/>
                <w:bCs/>
                <w:lang w:val="en-GB" w:eastAsia="en-GB"/>
              </w:rPr>
              <w:t>Complaints and Learning</w:t>
            </w:r>
          </w:p>
          <w:p w14:paraId="32343181" w14:textId="77777777" w:rsidR="00250076" w:rsidRPr="00250076" w:rsidRDefault="00250076" w:rsidP="00250076">
            <w:pPr>
              <w:pStyle w:val="NoSpacing"/>
              <w:rPr>
                <w:rFonts w:ascii="Arial" w:hAnsi="Arial" w:cs="Arial"/>
                <w:b/>
                <w:bCs/>
                <w:lang w:val="en-GB" w:eastAsia="en-GB"/>
              </w:rPr>
            </w:pPr>
          </w:p>
          <w:p w14:paraId="20AFE51F" w14:textId="33CE1701" w:rsidR="00DF4109" w:rsidRDefault="00DF4109" w:rsidP="00250076">
            <w:pPr>
              <w:pStyle w:val="NoSpacing"/>
              <w:rPr>
                <w:rFonts w:ascii="Arial" w:hAnsi="Arial" w:cs="Arial"/>
                <w:lang w:val="en-GB" w:eastAsia="en-GB"/>
              </w:rPr>
            </w:pPr>
            <w:r w:rsidRPr="00250076">
              <w:rPr>
                <w:rFonts w:ascii="Arial" w:hAnsi="Arial" w:cs="Arial"/>
                <w:lang w:val="en-GB" w:eastAsia="en-GB"/>
              </w:rPr>
              <w:t xml:space="preserve">We take all complaints seriously and view them as an opportunity to learn and improve. Every complaint is investigated </w:t>
            </w:r>
            <w:r w:rsidR="00250076" w:rsidRPr="00250076">
              <w:rPr>
                <w:rFonts w:ascii="Arial" w:hAnsi="Arial" w:cs="Arial"/>
                <w:lang w:val="en-GB" w:eastAsia="en-GB"/>
              </w:rPr>
              <w:t>thoroughly,</w:t>
            </w:r>
            <w:r w:rsidRPr="00250076">
              <w:rPr>
                <w:rFonts w:ascii="Arial" w:hAnsi="Arial" w:cs="Arial"/>
                <w:lang w:val="en-GB" w:eastAsia="en-GB"/>
              </w:rPr>
              <w:t xml:space="preserve"> and any learning points are discussed within the practice team. Where appropriate, changes are implemented to improve patient experience and the quality of care we provide.</w:t>
            </w:r>
          </w:p>
          <w:p w14:paraId="56515153" w14:textId="77777777" w:rsidR="00250076" w:rsidRPr="00250076" w:rsidRDefault="00250076" w:rsidP="00250076">
            <w:pPr>
              <w:pStyle w:val="NoSpacing"/>
              <w:rPr>
                <w:rFonts w:ascii="Arial" w:hAnsi="Arial" w:cs="Arial"/>
                <w:lang w:val="en-GB" w:eastAsia="en-GB"/>
              </w:rPr>
            </w:pPr>
          </w:p>
          <w:p w14:paraId="73E92868" w14:textId="77777777" w:rsidR="00250076" w:rsidRPr="00250076" w:rsidRDefault="00250076" w:rsidP="00250076">
            <w:pPr>
              <w:pStyle w:val="NoSpacing"/>
              <w:rPr>
                <w:rFonts w:ascii="Arial" w:hAnsi="Arial" w:cs="Arial"/>
                <w:b/>
                <w:bCs/>
                <w:lang w:val="en-GB" w:eastAsia="en-GB"/>
              </w:rPr>
            </w:pPr>
            <w:r w:rsidRPr="00250076">
              <w:rPr>
                <w:rFonts w:ascii="Arial" w:hAnsi="Arial" w:cs="Arial"/>
                <w:b/>
                <w:bCs/>
                <w:lang w:val="en-GB" w:eastAsia="en-GB"/>
              </w:rPr>
              <w:t>Have Your Say</w:t>
            </w:r>
          </w:p>
          <w:p w14:paraId="67FF4DE5" w14:textId="609EE317" w:rsidR="00250076" w:rsidRPr="00250076" w:rsidRDefault="00250076" w:rsidP="00250076">
            <w:pPr>
              <w:pStyle w:val="NoSpacing"/>
              <w:rPr>
                <w:rFonts w:ascii="Arial" w:hAnsi="Arial" w:cs="Arial"/>
                <w:lang w:val="en-GB" w:eastAsia="en-GB"/>
              </w:rPr>
            </w:pPr>
            <w:r w:rsidRPr="00250076">
              <w:rPr>
                <w:rFonts w:ascii="Arial" w:hAnsi="Arial" w:cs="Arial"/>
                <w:lang w:val="en-GB" w:eastAsia="en-GB"/>
              </w:rPr>
              <w:br/>
              <w:t>If you would like to provide feedback, suggest, or raise a concern, please speak to a member of staff, complete a feedback form via our website, or contact the Practice. Your views help us continually improve the services we provide.</w:t>
            </w:r>
          </w:p>
          <w:p w14:paraId="375466E1" w14:textId="77777777" w:rsidR="00393B64" w:rsidRPr="00825EAD" w:rsidRDefault="00393B64" w:rsidP="00250076">
            <w:pPr>
              <w:pStyle w:val="NoSpacing"/>
              <w:rPr>
                <w:rFonts w:ascii="Segoe UI Emoji" w:hAnsi="Segoe UI Emoji" w:cs="Segoe UI Emoji"/>
              </w:rPr>
            </w:pPr>
          </w:p>
        </w:tc>
      </w:tr>
      <w:tr w:rsidR="00D33F66" w:rsidRPr="00825EAD" w14:paraId="26FE5C7C" w14:textId="77777777" w:rsidTr="006051DB">
        <w:tc>
          <w:tcPr>
            <w:tcW w:w="5894" w:type="dxa"/>
          </w:tcPr>
          <w:p w14:paraId="59A01B77" w14:textId="77777777" w:rsidR="00510E6B" w:rsidRPr="00825EAD" w:rsidRDefault="00074666" w:rsidP="00074666">
            <w:pPr>
              <w:rPr>
                <w:rFonts w:ascii="Arial" w:hAnsi="Arial" w:cs="Arial"/>
                <w:b/>
              </w:rPr>
            </w:pPr>
            <w:r w:rsidRPr="00825EAD">
              <w:rPr>
                <w:rFonts w:ascii="Segoe UI Emoji" w:hAnsi="Segoe UI Emoji" w:cs="Segoe UI Emoji"/>
                <w:b/>
              </w:rPr>
              <w:t>❗</w:t>
            </w:r>
            <w:r w:rsidRPr="00825EAD">
              <w:rPr>
                <w:rFonts w:ascii="Arial" w:hAnsi="Arial" w:cs="Arial"/>
                <w:b/>
              </w:rPr>
              <w:t xml:space="preserve"> DID NOT ATTEND</w:t>
            </w:r>
          </w:p>
          <w:p w14:paraId="71FF798B" w14:textId="77777777" w:rsidR="00AA5877" w:rsidRPr="00825EAD" w:rsidRDefault="00AA5877" w:rsidP="00074666">
            <w:pPr>
              <w:rPr>
                <w:rFonts w:ascii="Arial" w:hAnsi="Arial" w:cs="Arial"/>
                <w:b/>
              </w:rPr>
            </w:pPr>
          </w:p>
          <w:p w14:paraId="2105AC63" w14:textId="7EC97D98" w:rsidR="00510E6B" w:rsidRPr="00825EAD" w:rsidRDefault="00510E6B" w:rsidP="00510E6B">
            <w:pPr>
              <w:spacing w:after="160" w:line="278" w:lineRule="auto"/>
              <w:rPr>
                <w:rFonts w:ascii="Arial" w:hAnsi="Arial" w:cs="Arial"/>
              </w:rPr>
            </w:pPr>
            <w:r w:rsidRPr="00825EAD">
              <w:rPr>
                <w:rFonts w:ascii="Arial" w:hAnsi="Arial" w:cs="Arial"/>
              </w:rPr>
              <w:t>Every missed appointment is an appointment another patient could have used.</w:t>
            </w:r>
            <w:r w:rsidR="00811C5D" w:rsidRPr="00825EAD">
              <w:rPr>
                <w:rFonts w:ascii="Arial" w:hAnsi="Arial" w:cs="Arial"/>
              </w:rPr>
              <w:t xml:space="preserve"> </w:t>
            </w:r>
            <w:r w:rsidRPr="00825EAD">
              <w:rPr>
                <w:rFonts w:ascii="Arial" w:hAnsi="Arial" w:cs="Arial"/>
                <w:b/>
                <w:bCs/>
              </w:rPr>
              <w:t>Please cancel appointments you no longer need.</w:t>
            </w:r>
          </w:p>
          <w:p w14:paraId="6D4BE2D8" w14:textId="77777777" w:rsidR="00061F06" w:rsidRDefault="00510E6B" w:rsidP="00AA5877">
            <w:pPr>
              <w:pStyle w:val="NoSpacing"/>
              <w:rPr>
                <w:rFonts w:ascii="Arial" w:hAnsi="Arial" w:cs="Arial"/>
              </w:rPr>
            </w:pPr>
            <w:r w:rsidRPr="00825EAD">
              <w:rPr>
                <w:rFonts w:ascii="Segoe UI Symbol" w:hAnsi="Segoe UI Symbol" w:cs="Segoe UI Symbol"/>
              </w:rPr>
              <w:t>✔</w:t>
            </w:r>
            <w:r w:rsidRPr="00825EAD">
              <w:rPr>
                <w:rFonts w:ascii="Arial" w:hAnsi="Arial" w:cs="Arial"/>
              </w:rPr>
              <w:t xml:space="preserve"> NHS App</w:t>
            </w:r>
          </w:p>
          <w:p w14:paraId="2B04303C" w14:textId="77777777" w:rsidR="00061F06" w:rsidRDefault="00B219C9" w:rsidP="00AA5877">
            <w:pPr>
              <w:pStyle w:val="NoSpacing"/>
              <w:rPr>
                <w:rFonts w:ascii="Arial" w:hAnsi="Arial" w:cs="Arial"/>
              </w:rPr>
            </w:pPr>
            <w:r>
              <w:rPr>
                <w:rFonts w:ascii="Arial" w:hAnsi="Arial" w:cs="Arial"/>
              </w:rPr>
              <w:t xml:space="preserve"> </w:t>
            </w:r>
            <w:r w:rsidR="00510E6B" w:rsidRPr="00825EAD">
              <w:rPr>
                <w:rFonts w:ascii="Segoe UI Symbol" w:hAnsi="Segoe UI Symbol" w:cs="Segoe UI Symbol"/>
              </w:rPr>
              <w:t>✔</w:t>
            </w:r>
            <w:r w:rsidR="00510E6B" w:rsidRPr="00825EAD">
              <w:rPr>
                <w:rFonts w:ascii="Arial" w:hAnsi="Arial" w:cs="Arial"/>
              </w:rPr>
              <w:t xml:space="preserve"> Online</w:t>
            </w:r>
            <w:r>
              <w:rPr>
                <w:rFonts w:ascii="Arial" w:hAnsi="Arial" w:cs="Arial"/>
              </w:rPr>
              <w:t xml:space="preserve"> </w:t>
            </w:r>
          </w:p>
          <w:p w14:paraId="469264BC" w14:textId="134A78AD" w:rsidR="000060F2" w:rsidRPr="00825EAD" w:rsidRDefault="00510E6B" w:rsidP="00AA5877">
            <w:pPr>
              <w:pStyle w:val="NoSpacing"/>
              <w:rPr>
                <w:rFonts w:ascii="Arial" w:hAnsi="Arial" w:cs="Arial"/>
              </w:rPr>
            </w:pPr>
            <w:r w:rsidRPr="00825EAD">
              <w:rPr>
                <w:rFonts w:ascii="Segoe UI Symbol" w:hAnsi="Segoe UI Symbol" w:cs="Segoe UI Symbol"/>
              </w:rPr>
              <w:t>✔</w:t>
            </w:r>
            <w:r w:rsidRPr="00825EAD">
              <w:rPr>
                <w:rFonts w:ascii="Arial" w:hAnsi="Arial" w:cs="Arial"/>
              </w:rPr>
              <w:t xml:space="preserve"> Reception</w:t>
            </w:r>
          </w:p>
          <w:p w14:paraId="0399761B" w14:textId="77777777" w:rsidR="00AA5877" w:rsidRPr="00825EAD" w:rsidRDefault="00AA5877" w:rsidP="00AA5877">
            <w:pPr>
              <w:pStyle w:val="NoSpacing"/>
              <w:rPr>
                <w:rFonts w:ascii="Arial" w:hAnsi="Arial" w:cs="Arial"/>
              </w:rPr>
            </w:pPr>
          </w:p>
          <w:p w14:paraId="0F0DFABA" w14:textId="1EF1E2B7" w:rsidR="00825EAD" w:rsidRPr="00D46641" w:rsidRDefault="00321259" w:rsidP="00D32171">
            <w:pPr>
              <w:pStyle w:val="NoSpacing"/>
              <w:rPr>
                <w:rFonts w:ascii="Arial" w:hAnsi="Arial" w:cs="Arial"/>
                <w:b/>
                <w:bCs/>
              </w:rPr>
            </w:pPr>
            <w:r w:rsidRPr="00D46641">
              <w:rPr>
                <w:rFonts w:ascii="Arial" w:hAnsi="Arial" w:cs="Arial"/>
                <w:b/>
                <w:bCs/>
              </w:rPr>
              <w:t xml:space="preserve">Missed appointments for June: </w:t>
            </w:r>
            <w:r w:rsidR="00C82F1B" w:rsidRPr="00D46641">
              <w:rPr>
                <w:rFonts w:ascii="Arial" w:hAnsi="Arial" w:cs="Arial"/>
                <w:b/>
                <w:bCs/>
              </w:rPr>
              <w:t>86</w:t>
            </w:r>
            <w:r w:rsidR="00D46641" w:rsidRPr="00D46641">
              <w:rPr>
                <w:rFonts w:ascii="Arial" w:hAnsi="Arial" w:cs="Arial"/>
                <w:b/>
                <w:bCs/>
              </w:rPr>
              <w:t xml:space="preserve"> = 21 hours </w:t>
            </w:r>
          </w:p>
        </w:tc>
        <w:tc>
          <w:tcPr>
            <w:tcW w:w="5153" w:type="dxa"/>
          </w:tcPr>
          <w:p w14:paraId="5BF08047" w14:textId="77777777" w:rsidR="00D32171" w:rsidRPr="00825EAD" w:rsidRDefault="00D32171" w:rsidP="00D32171">
            <w:pPr>
              <w:spacing w:after="160" w:line="278" w:lineRule="auto"/>
              <w:rPr>
                <w:rFonts w:ascii="Arial" w:hAnsi="Arial" w:cs="Arial"/>
                <w:b/>
                <w:bCs/>
              </w:rPr>
            </w:pPr>
            <w:r w:rsidRPr="00825EAD">
              <w:rPr>
                <w:rFonts w:ascii="Segoe UI Emoji" w:hAnsi="Segoe UI Emoji" w:cs="Segoe UI Emoji"/>
                <w:b/>
                <w:bCs/>
              </w:rPr>
              <w:t>📍</w:t>
            </w:r>
            <w:r w:rsidRPr="00825EAD">
              <w:rPr>
                <w:rFonts w:ascii="Arial" w:hAnsi="Arial" w:cs="Arial"/>
                <w:b/>
                <w:bCs/>
              </w:rPr>
              <w:t xml:space="preserve"> CONTACT US</w:t>
            </w:r>
          </w:p>
          <w:p w14:paraId="34760C52" w14:textId="77777777" w:rsidR="00D32171" w:rsidRPr="00825EAD" w:rsidRDefault="00D32171" w:rsidP="00D32171">
            <w:pPr>
              <w:pStyle w:val="NoSpacing"/>
              <w:rPr>
                <w:rFonts w:ascii="Arial" w:hAnsi="Arial" w:cs="Arial"/>
              </w:rPr>
            </w:pPr>
            <w:r w:rsidRPr="00825EAD">
              <w:rPr>
                <w:rFonts w:ascii="Segoe UI Emoji" w:hAnsi="Segoe UI Emoji" w:cs="Segoe UI Emoji"/>
              </w:rPr>
              <w:t>📞</w:t>
            </w:r>
            <w:r w:rsidRPr="00825EAD">
              <w:rPr>
                <w:rFonts w:ascii="Arial" w:hAnsi="Arial" w:cs="Arial"/>
              </w:rPr>
              <w:t xml:space="preserve"> Telephone: </w:t>
            </w:r>
            <w:r w:rsidRPr="00825EAD">
              <w:rPr>
                <w:rFonts w:ascii="Arial" w:hAnsi="Arial" w:cs="Arial"/>
                <w:b/>
                <w:bCs/>
              </w:rPr>
              <w:t>01604 709922</w:t>
            </w:r>
          </w:p>
          <w:p w14:paraId="2FC3682D" w14:textId="77777777" w:rsidR="00D32171" w:rsidRPr="00825EAD" w:rsidRDefault="00D32171" w:rsidP="00D32171">
            <w:pPr>
              <w:pStyle w:val="NoSpacing"/>
              <w:rPr>
                <w:rFonts w:ascii="Arial" w:hAnsi="Arial" w:cs="Arial"/>
              </w:rPr>
            </w:pPr>
            <w:r w:rsidRPr="00825EAD">
              <w:rPr>
                <w:rFonts w:ascii="Segoe UI Emoji" w:hAnsi="Segoe UI Emoji" w:cs="Segoe UI Emoji"/>
              </w:rPr>
              <w:t>🌐</w:t>
            </w:r>
            <w:r w:rsidRPr="00825EAD">
              <w:rPr>
                <w:rFonts w:ascii="Arial" w:hAnsi="Arial" w:cs="Arial"/>
              </w:rPr>
              <w:t xml:space="preserve"> Website: </w:t>
            </w:r>
            <w:hyperlink r:id="rId21" w:history="1">
              <w:r w:rsidRPr="00825EAD">
                <w:rPr>
                  <w:rStyle w:val="Hyperlink"/>
                  <w:rFonts w:ascii="Arial" w:hAnsi="Arial" w:cs="Arial"/>
                </w:rPr>
                <w:t>https://woottonmedicalcentre.co.uk/</w:t>
              </w:r>
            </w:hyperlink>
            <w:r w:rsidRPr="00825EAD">
              <w:rPr>
                <w:rFonts w:ascii="Arial" w:hAnsi="Arial" w:cs="Arial"/>
              </w:rPr>
              <w:t xml:space="preserve"> </w:t>
            </w:r>
          </w:p>
          <w:p w14:paraId="76805DA3" w14:textId="77777777" w:rsidR="00D32171" w:rsidRPr="00825EAD" w:rsidRDefault="00D32171" w:rsidP="00D32171">
            <w:pPr>
              <w:pStyle w:val="NoSpacing"/>
              <w:rPr>
                <w:rFonts w:ascii="Arial" w:hAnsi="Arial" w:cs="Arial"/>
              </w:rPr>
            </w:pPr>
            <w:r w:rsidRPr="00825EAD">
              <w:rPr>
                <w:rFonts w:ascii="Segoe UI Emoji" w:hAnsi="Segoe UI Emoji" w:cs="Segoe UI Emoji"/>
              </w:rPr>
              <w:t>🕒</w:t>
            </w:r>
            <w:r w:rsidRPr="00825EAD">
              <w:rPr>
                <w:rFonts w:ascii="Arial" w:hAnsi="Arial" w:cs="Arial"/>
              </w:rPr>
              <w:t xml:space="preserve"> </w:t>
            </w:r>
            <w:r w:rsidRPr="00825EAD">
              <w:rPr>
                <w:rFonts w:ascii="Arial" w:hAnsi="Arial" w:cs="Arial"/>
                <w:b/>
                <w:bCs/>
              </w:rPr>
              <w:t>Opening Hours:</w:t>
            </w:r>
            <w:r w:rsidRPr="00825EAD">
              <w:rPr>
                <w:rFonts w:ascii="Arial" w:hAnsi="Arial" w:cs="Arial"/>
              </w:rPr>
              <w:t xml:space="preserve"> Monday – Friday: 08:00 – 18:30</w:t>
            </w:r>
          </w:p>
          <w:p w14:paraId="35952782" w14:textId="77777777" w:rsidR="00D32171" w:rsidRDefault="00D32171" w:rsidP="00D32171">
            <w:pPr>
              <w:pStyle w:val="NoSpacing"/>
              <w:rPr>
                <w:rFonts w:ascii="Arial" w:hAnsi="Arial" w:cs="Arial"/>
              </w:rPr>
            </w:pPr>
            <w:r w:rsidRPr="00825EAD">
              <w:rPr>
                <w:rFonts w:ascii="Arial" w:hAnsi="Arial" w:cs="Arial"/>
              </w:rPr>
              <w:t>Saturday / Sunday / Bank Holidays: Closed</w:t>
            </w:r>
          </w:p>
          <w:p w14:paraId="0941F5A6" w14:textId="151E5A51" w:rsidR="00D32171" w:rsidRDefault="00D32171" w:rsidP="00D32171">
            <w:pPr>
              <w:rPr>
                <w:rFonts w:ascii="Arial" w:hAnsi="Arial" w:cs="Arial"/>
                <w:b/>
                <w:bCs/>
              </w:rPr>
            </w:pPr>
            <w:r w:rsidRPr="00825EAD">
              <w:rPr>
                <w:rFonts w:ascii="Arial" w:hAnsi="Arial" w:cs="Arial"/>
                <w:b/>
                <w:bCs/>
              </w:rPr>
              <w:t xml:space="preserve">Practice Closure </w:t>
            </w:r>
            <w:r w:rsidR="003A6CBA">
              <w:rPr>
                <w:rFonts w:ascii="Arial" w:hAnsi="Arial" w:cs="Arial"/>
                <w:b/>
                <w:bCs/>
              </w:rPr>
              <w:t xml:space="preserve">from 12.30-18.30 </w:t>
            </w:r>
            <w:r w:rsidRPr="00825EAD">
              <w:rPr>
                <w:rFonts w:ascii="Arial" w:hAnsi="Arial" w:cs="Arial"/>
                <w:b/>
                <w:bCs/>
              </w:rPr>
              <w:t>for Staff Training 2026:</w:t>
            </w:r>
          </w:p>
          <w:p w14:paraId="4BE35E9F" w14:textId="1A3DD88F" w:rsidR="00D32171" w:rsidRPr="00825EAD" w:rsidRDefault="00D32171" w:rsidP="00D32171">
            <w:pPr>
              <w:pStyle w:val="NoSpacing"/>
              <w:rPr>
                <w:rFonts w:ascii="Arial" w:hAnsi="Arial" w:cs="Arial"/>
              </w:rPr>
            </w:pPr>
            <w:r w:rsidRPr="00825EAD">
              <w:rPr>
                <w:rFonts w:ascii="Arial" w:hAnsi="Arial" w:cs="Arial"/>
              </w:rPr>
              <w:t>09 September 2026</w:t>
            </w:r>
          </w:p>
          <w:p w14:paraId="6CB1E7AE" w14:textId="77777777" w:rsidR="00D32171" w:rsidRPr="00825EAD" w:rsidRDefault="00D32171" w:rsidP="00D32171">
            <w:pPr>
              <w:pStyle w:val="NoSpacing"/>
              <w:rPr>
                <w:rFonts w:ascii="Arial" w:hAnsi="Arial" w:cs="Arial"/>
              </w:rPr>
            </w:pPr>
            <w:r w:rsidRPr="00825EAD">
              <w:rPr>
                <w:rFonts w:ascii="Arial" w:hAnsi="Arial" w:cs="Arial"/>
              </w:rPr>
              <w:t>07 October 2026</w:t>
            </w:r>
          </w:p>
          <w:p w14:paraId="0011E9F6" w14:textId="77777777" w:rsidR="00D32171" w:rsidRPr="00825EAD" w:rsidRDefault="00D32171" w:rsidP="00D32171">
            <w:pPr>
              <w:pStyle w:val="NoSpacing"/>
              <w:rPr>
                <w:rFonts w:ascii="Arial" w:hAnsi="Arial" w:cs="Arial"/>
              </w:rPr>
            </w:pPr>
            <w:r w:rsidRPr="00825EAD">
              <w:rPr>
                <w:rFonts w:ascii="Arial" w:hAnsi="Arial" w:cs="Arial"/>
              </w:rPr>
              <w:t>11 November 2026</w:t>
            </w:r>
          </w:p>
          <w:p w14:paraId="26585D41" w14:textId="7EDEB328" w:rsidR="00955ECC" w:rsidRPr="00825EAD" w:rsidRDefault="00955ECC" w:rsidP="00825EAD">
            <w:pPr>
              <w:spacing w:after="160" w:line="278" w:lineRule="auto"/>
              <w:rPr>
                <w:rFonts w:ascii="Arial" w:hAnsi="Arial" w:cs="Arial"/>
                <w:b/>
                <w:bCs/>
              </w:rPr>
            </w:pPr>
          </w:p>
        </w:tc>
      </w:tr>
      <w:tr w:rsidR="00D33F66" w:rsidRPr="00825EAD" w14:paraId="152EACA0" w14:textId="77777777" w:rsidTr="006051DB">
        <w:tc>
          <w:tcPr>
            <w:tcW w:w="5894" w:type="dxa"/>
          </w:tcPr>
          <w:p w14:paraId="23F14708" w14:textId="77777777" w:rsidR="00512EC2" w:rsidRPr="00825EAD" w:rsidRDefault="00512EC2" w:rsidP="00512EC2">
            <w:pPr>
              <w:spacing w:after="160" w:line="278" w:lineRule="auto"/>
              <w:rPr>
                <w:rFonts w:ascii="Arial" w:hAnsi="Arial" w:cs="Arial"/>
              </w:rPr>
            </w:pPr>
            <w:r w:rsidRPr="00825EAD">
              <w:rPr>
                <w:rFonts w:ascii="Segoe UI Emoji" w:hAnsi="Segoe UI Emoji" w:cs="Segoe UI Emoji"/>
              </w:rPr>
              <w:lastRenderedPageBreak/>
              <w:t>💉</w:t>
            </w:r>
            <w:r w:rsidRPr="00825EAD">
              <w:rPr>
                <w:rFonts w:ascii="Arial" w:hAnsi="Arial" w:cs="Arial"/>
                <w:b/>
                <w:bCs/>
              </w:rPr>
              <w:t xml:space="preserve"> Vaccination Updates:</w:t>
            </w:r>
          </w:p>
          <w:p w14:paraId="7A3EC1B7" w14:textId="77777777" w:rsidR="00512EC2" w:rsidRPr="00825EAD" w:rsidRDefault="00512EC2" w:rsidP="00512EC2">
            <w:pPr>
              <w:rPr>
                <w:rFonts w:ascii="Arial" w:hAnsi="Arial" w:cs="Arial"/>
              </w:rPr>
            </w:pPr>
            <w:r w:rsidRPr="00825EAD">
              <w:rPr>
                <w:rFonts w:ascii="Arial" w:hAnsi="Arial" w:cs="Arial"/>
                <w:b/>
                <w:bCs/>
              </w:rPr>
              <w:t>RSV - The UK's RSV (Respiratory Syncytial Virus)</w:t>
            </w:r>
            <w:r w:rsidRPr="00825EAD">
              <w:rPr>
                <w:rFonts w:ascii="Arial" w:hAnsi="Arial" w:cs="Arial"/>
              </w:rPr>
              <w:t xml:space="preserve"> vaccination </w:t>
            </w:r>
            <w:proofErr w:type="spellStart"/>
            <w:r w:rsidRPr="00825EAD">
              <w:rPr>
                <w:rFonts w:ascii="Arial" w:hAnsi="Arial" w:cs="Arial"/>
              </w:rPr>
              <w:t>programme</w:t>
            </w:r>
            <w:proofErr w:type="spellEnd"/>
            <w:r w:rsidRPr="00825EAD">
              <w:rPr>
                <w:rFonts w:ascii="Arial" w:hAnsi="Arial" w:cs="Arial"/>
              </w:rPr>
              <w:t xml:space="preserve"> expanded in 2026. </w:t>
            </w:r>
            <w:r w:rsidRPr="0051266D">
              <w:rPr>
                <w:rFonts w:ascii="Arial" w:hAnsi="Arial" w:cs="Arial"/>
                <w:b/>
                <w:bCs/>
              </w:rPr>
              <w:t>From September 1</w:t>
            </w:r>
            <w:r w:rsidRPr="00825EAD">
              <w:rPr>
                <w:rFonts w:ascii="Arial" w:hAnsi="Arial" w:cs="Arial"/>
              </w:rPr>
              <w:t>, eligibility includes adults aged 65 to 74 with certain clinical risk conditions, like chronic respiratory diseases or a suppressed immune system</w:t>
            </w:r>
          </w:p>
          <w:p w14:paraId="549A7214" w14:textId="77777777" w:rsidR="00512EC2" w:rsidRPr="00825EAD" w:rsidRDefault="00512EC2" w:rsidP="00512EC2">
            <w:pPr>
              <w:rPr>
                <w:rFonts w:ascii="Arial" w:hAnsi="Arial" w:cs="Arial"/>
                <w:b/>
                <w:bCs/>
              </w:rPr>
            </w:pPr>
          </w:p>
          <w:p w14:paraId="441758FC" w14:textId="77777777" w:rsidR="00512EC2" w:rsidRPr="00825EAD" w:rsidRDefault="00512EC2" w:rsidP="00512EC2">
            <w:pPr>
              <w:spacing w:after="160" w:line="278" w:lineRule="auto"/>
              <w:rPr>
                <w:rFonts w:ascii="Arial" w:hAnsi="Arial" w:cs="Arial"/>
                <w:lang w:val="en-GB"/>
              </w:rPr>
            </w:pPr>
            <w:r w:rsidRPr="00825EAD">
              <w:rPr>
                <w:rFonts w:ascii="Arial" w:hAnsi="Arial" w:cs="Arial"/>
                <w:b/>
                <w:bCs/>
                <w:lang w:val="en-GB"/>
              </w:rPr>
              <w:t>What you need to know:</w:t>
            </w:r>
          </w:p>
          <w:p w14:paraId="4EBD8EB7" w14:textId="77777777" w:rsidR="00512EC2" w:rsidRDefault="00512EC2" w:rsidP="00512EC2">
            <w:pPr>
              <w:pStyle w:val="NoSpacing"/>
              <w:rPr>
                <w:rFonts w:ascii="Arial" w:hAnsi="Arial" w:cs="Arial"/>
                <w:lang w:val="en-GB"/>
              </w:rPr>
            </w:pPr>
            <w:r w:rsidRPr="00825EAD">
              <w:rPr>
                <w:rFonts w:ascii="Arial" w:hAnsi="Arial" w:cs="Arial"/>
                <w:lang w:val="en-GB"/>
              </w:rPr>
              <w:t>The RSV vaccine is a one-off dose rather than a yearly jab.</w:t>
            </w:r>
          </w:p>
          <w:p w14:paraId="3DB45897" w14:textId="77777777" w:rsidR="00B52EBA" w:rsidRPr="00825EAD" w:rsidRDefault="00B52EBA" w:rsidP="00512EC2">
            <w:pPr>
              <w:pStyle w:val="NoSpacing"/>
              <w:rPr>
                <w:rFonts w:ascii="Arial" w:hAnsi="Arial" w:cs="Arial"/>
                <w:lang w:val="en-GB"/>
              </w:rPr>
            </w:pPr>
          </w:p>
          <w:p w14:paraId="5918F425" w14:textId="77777777" w:rsidR="00512EC2" w:rsidRPr="00825EAD" w:rsidRDefault="00512EC2" w:rsidP="00512EC2">
            <w:pPr>
              <w:pStyle w:val="NoSpacing"/>
              <w:numPr>
                <w:ilvl w:val="0"/>
                <w:numId w:val="11"/>
              </w:numPr>
              <w:rPr>
                <w:rFonts w:ascii="Arial" w:hAnsi="Arial" w:cs="Arial"/>
                <w:lang w:val="en-GB"/>
              </w:rPr>
            </w:pPr>
            <w:r w:rsidRPr="00825EAD">
              <w:rPr>
                <w:rFonts w:ascii="Arial" w:hAnsi="Arial" w:cs="Arial"/>
                <w:lang w:val="en-GB"/>
              </w:rPr>
              <w:t>You can often have it at the same appointment as your COVID-19 or flu vaccines.</w:t>
            </w:r>
          </w:p>
          <w:p w14:paraId="2D5B1E56" w14:textId="77777777" w:rsidR="00512EC2" w:rsidRPr="00825EAD" w:rsidRDefault="00512EC2" w:rsidP="00512EC2">
            <w:pPr>
              <w:pStyle w:val="NoSpacing"/>
              <w:numPr>
                <w:ilvl w:val="0"/>
                <w:numId w:val="11"/>
              </w:numPr>
              <w:rPr>
                <w:rFonts w:ascii="Arial" w:hAnsi="Arial" w:cs="Arial"/>
                <w:lang w:val="en-GB"/>
              </w:rPr>
            </w:pPr>
            <w:r w:rsidRPr="00825EAD">
              <w:rPr>
                <w:rFonts w:ascii="Arial" w:hAnsi="Arial" w:cs="Arial"/>
                <w:lang w:val="en-GB"/>
              </w:rPr>
              <w:t xml:space="preserve">Pregnant women and older adults can book or check their eligibility through their local GP surgery. </w:t>
            </w:r>
          </w:p>
          <w:p w14:paraId="1BA79C7D" w14:textId="77777777" w:rsidR="00512EC2" w:rsidRPr="00825EAD" w:rsidRDefault="00512EC2" w:rsidP="00512EC2">
            <w:pPr>
              <w:pStyle w:val="NoSpacing"/>
              <w:ind w:left="720"/>
              <w:rPr>
                <w:rFonts w:ascii="Arial" w:hAnsi="Arial" w:cs="Arial"/>
                <w:lang w:val="en-GB"/>
              </w:rPr>
            </w:pPr>
          </w:p>
          <w:p w14:paraId="42FA9D59" w14:textId="64B2AB23" w:rsidR="00512EC2" w:rsidRPr="00A27CC0" w:rsidRDefault="00512EC2" w:rsidP="00A27CC0">
            <w:pPr>
              <w:spacing w:after="160" w:line="278" w:lineRule="auto"/>
              <w:rPr>
                <w:rFonts w:ascii="Arial" w:hAnsi="Arial" w:cs="Arial"/>
                <w:lang w:val="en-GB"/>
              </w:rPr>
            </w:pPr>
            <w:r w:rsidRPr="00825EAD">
              <w:rPr>
                <w:rFonts w:ascii="Arial" w:hAnsi="Arial" w:cs="Arial"/>
                <w:lang w:val="en-GB"/>
              </w:rPr>
              <w:t xml:space="preserve">For a full list of qualifying clinical risk groups or more detailed clinical guidelines, you can review the </w:t>
            </w:r>
            <w:hyperlink r:id="rId22" w:tgtFrame="_blank" w:history="1">
              <w:r w:rsidRPr="00825EAD">
                <w:rPr>
                  <w:rStyle w:val="Hyperlink"/>
                  <w:rFonts w:ascii="Arial" w:hAnsi="Arial" w:cs="Arial"/>
                  <w:lang w:val="en-GB"/>
                </w:rPr>
                <w:t>GOV.UK Green Book RSV Chapter</w:t>
              </w:r>
            </w:hyperlink>
            <w:r w:rsidRPr="00825EAD">
              <w:rPr>
                <w:rFonts w:ascii="Arial" w:hAnsi="Arial" w:cs="Arial"/>
                <w:lang w:val="en-GB"/>
              </w:rPr>
              <w:t xml:space="preserve"> or explore the complete </w:t>
            </w:r>
            <w:hyperlink r:id="rId23" w:tgtFrame="_blank" w:history="1">
              <w:r w:rsidRPr="00825EAD">
                <w:rPr>
                  <w:rStyle w:val="Hyperlink"/>
                  <w:rFonts w:ascii="Arial" w:hAnsi="Arial" w:cs="Arial"/>
                  <w:lang w:val="en-GB"/>
                </w:rPr>
                <w:t>GOV.UK RSV vaccination programme</w:t>
              </w:r>
            </w:hyperlink>
            <w:r w:rsidRPr="00825EAD">
              <w:rPr>
                <w:rFonts w:ascii="Arial" w:hAnsi="Arial" w:cs="Arial"/>
                <w:lang w:val="en-GB"/>
              </w:rPr>
              <w:t xml:space="preserve"> resources. </w:t>
            </w:r>
          </w:p>
        </w:tc>
        <w:tc>
          <w:tcPr>
            <w:tcW w:w="5153" w:type="dxa"/>
          </w:tcPr>
          <w:p w14:paraId="30371427" w14:textId="77777777" w:rsidR="00825EAD" w:rsidRDefault="00825EAD" w:rsidP="00131489">
            <w:pPr>
              <w:pStyle w:val="NoSpacing"/>
              <w:rPr>
                <w:rFonts w:ascii="Arial" w:hAnsi="Arial" w:cs="Arial"/>
              </w:rPr>
            </w:pPr>
            <w:proofErr w:type="spellStart"/>
            <w:r w:rsidRPr="00131489">
              <w:rPr>
                <w:rFonts w:ascii="Arial" w:hAnsi="Arial" w:cs="Arial"/>
                <w:b/>
                <w:bCs/>
                <w:lang w:val="en-GB"/>
              </w:rPr>
              <w:t>MenACWY</w:t>
            </w:r>
            <w:proofErr w:type="spellEnd"/>
            <w:r w:rsidRPr="00131489">
              <w:rPr>
                <w:rFonts w:ascii="Arial" w:hAnsi="Arial" w:cs="Arial"/>
                <w:b/>
                <w:bCs/>
                <w:lang w:val="en-GB"/>
              </w:rPr>
              <w:t xml:space="preserve"> Vaccine - </w:t>
            </w:r>
            <w:r w:rsidRPr="00131489">
              <w:rPr>
                <w:rFonts w:ascii="Arial" w:hAnsi="Arial" w:cs="Arial"/>
              </w:rPr>
              <w:t xml:space="preserve">The </w:t>
            </w:r>
            <w:proofErr w:type="spellStart"/>
            <w:r w:rsidRPr="00131489">
              <w:rPr>
                <w:rFonts w:ascii="Arial" w:hAnsi="Arial" w:cs="Arial"/>
              </w:rPr>
              <w:t>MenACWY</w:t>
            </w:r>
            <w:proofErr w:type="spellEnd"/>
            <w:r w:rsidRPr="00131489">
              <w:rPr>
                <w:rFonts w:ascii="Arial" w:hAnsi="Arial" w:cs="Arial"/>
              </w:rPr>
              <w:t xml:space="preserve"> vaccine helps protect against life-threatening illnesses like meningitis and sepsis. It's offered to teenagers in school but can be given up to the age of 25 if it has been missed. </w:t>
            </w:r>
          </w:p>
          <w:p w14:paraId="5104C662" w14:textId="77777777" w:rsidR="00B07481" w:rsidRPr="00131489" w:rsidRDefault="00B07481" w:rsidP="00131489">
            <w:pPr>
              <w:pStyle w:val="NoSpacing"/>
              <w:rPr>
                <w:rFonts w:ascii="Arial" w:hAnsi="Arial" w:cs="Arial"/>
                <w:lang w:val="en-GB"/>
              </w:rPr>
            </w:pPr>
          </w:p>
          <w:p w14:paraId="5E8BD227" w14:textId="77777777" w:rsidR="00512EC2" w:rsidRPr="00131489" w:rsidRDefault="00512EC2" w:rsidP="00512EC2">
            <w:pPr>
              <w:spacing w:after="160" w:line="278" w:lineRule="auto"/>
              <w:rPr>
                <w:rFonts w:ascii="Arial" w:hAnsi="Arial" w:cs="Arial"/>
                <w:b/>
                <w:bCs/>
                <w:lang w:val="en-GB"/>
              </w:rPr>
            </w:pPr>
            <w:r w:rsidRPr="00131489">
              <w:rPr>
                <w:rFonts w:ascii="Arial" w:hAnsi="Arial" w:cs="Arial"/>
                <w:b/>
                <w:bCs/>
                <w:lang w:val="en-GB"/>
              </w:rPr>
              <w:t xml:space="preserve">How to get the </w:t>
            </w:r>
            <w:proofErr w:type="spellStart"/>
            <w:r w:rsidRPr="00131489">
              <w:rPr>
                <w:rFonts w:ascii="Arial" w:hAnsi="Arial" w:cs="Arial"/>
                <w:b/>
                <w:bCs/>
                <w:lang w:val="en-GB"/>
              </w:rPr>
              <w:t>MenACWY</w:t>
            </w:r>
            <w:proofErr w:type="spellEnd"/>
            <w:r w:rsidRPr="00131489">
              <w:rPr>
                <w:rFonts w:ascii="Arial" w:hAnsi="Arial" w:cs="Arial"/>
                <w:b/>
                <w:bCs/>
                <w:lang w:val="en-GB"/>
              </w:rPr>
              <w:t xml:space="preserve"> vaccine</w:t>
            </w:r>
          </w:p>
          <w:p w14:paraId="350A0406" w14:textId="77777777" w:rsidR="00512EC2" w:rsidRPr="00131489" w:rsidRDefault="00512EC2" w:rsidP="00131489">
            <w:pPr>
              <w:pStyle w:val="NoSpacing"/>
              <w:rPr>
                <w:rFonts w:ascii="Arial" w:hAnsi="Arial" w:cs="Arial"/>
                <w:lang w:val="en-GB"/>
              </w:rPr>
            </w:pPr>
            <w:r w:rsidRPr="00131489">
              <w:rPr>
                <w:rFonts w:ascii="Arial" w:hAnsi="Arial" w:cs="Arial"/>
                <w:lang w:val="en-GB"/>
              </w:rPr>
              <w:t xml:space="preserve">Teenagers are usually given the </w:t>
            </w:r>
            <w:proofErr w:type="spellStart"/>
            <w:r w:rsidRPr="00131489">
              <w:rPr>
                <w:rFonts w:ascii="Arial" w:hAnsi="Arial" w:cs="Arial"/>
                <w:lang w:val="en-GB"/>
              </w:rPr>
              <w:t>MenACWY</w:t>
            </w:r>
            <w:proofErr w:type="spellEnd"/>
            <w:r w:rsidRPr="00131489">
              <w:rPr>
                <w:rFonts w:ascii="Arial" w:hAnsi="Arial" w:cs="Arial"/>
                <w:lang w:val="en-GB"/>
              </w:rPr>
              <w:t xml:space="preserve"> vaccine at school when they're 13 or 14 years old (school year 9).</w:t>
            </w:r>
          </w:p>
          <w:p w14:paraId="5C493C8F" w14:textId="77777777" w:rsidR="00512EC2" w:rsidRPr="00131489" w:rsidRDefault="00512EC2" w:rsidP="00131489">
            <w:pPr>
              <w:pStyle w:val="NoSpacing"/>
              <w:rPr>
                <w:rFonts w:ascii="Arial" w:hAnsi="Arial" w:cs="Arial"/>
                <w:lang w:val="en-GB"/>
              </w:rPr>
            </w:pPr>
            <w:r w:rsidRPr="00131489">
              <w:rPr>
                <w:rFonts w:ascii="Arial" w:hAnsi="Arial" w:cs="Arial"/>
                <w:lang w:val="en-GB"/>
              </w:rPr>
              <w:t>If you missed having the vaccine when you were at school, you can still get it up until the age of 25. Ask your GP about getting vaccinated.</w:t>
            </w:r>
          </w:p>
          <w:p w14:paraId="26045BA2" w14:textId="77777777" w:rsidR="00131489" w:rsidRPr="00131489" w:rsidRDefault="00131489" w:rsidP="00131489">
            <w:pPr>
              <w:pStyle w:val="NoSpacing"/>
              <w:rPr>
                <w:rFonts w:ascii="Arial" w:hAnsi="Arial" w:cs="Arial"/>
                <w:lang w:val="en-GB"/>
              </w:rPr>
            </w:pPr>
          </w:p>
          <w:p w14:paraId="00A526C0" w14:textId="77777777" w:rsidR="00512EC2" w:rsidRPr="00131489" w:rsidRDefault="00512EC2" w:rsidP="00512EC2">
            <w:pPr>
              <w:spacing w:after="160" w:line="278" w:lineRule="auto"/>
              <w:rPr>
                <w:rFonts w:ascii="Arial" w:hAnsi="Arial" w:cs="Arial"/>
                <w:b/>
                <w:bCs/>
                <w:lang w:val="en-GB"/>
              </w:rPr>
            </w:pPr>
            <w:r w:rsidRPr="00131489">
              <w:rPr>
                <w:rFonts w:ascii="Arial" w:hAnsi="Arial" w:cs="Arial"/>
                <w:b/>
                <w:bCs/>
                <w:lang w:val="en-GB"/>
              </w:rPr>
              <w:t>College and university students</w:t>
            </w:r>
          </w:p>
          <w:p w14:paraId="5ACC3D55" w14:textId="77777777" w:rsidR="00512EC2" w:rsidRPr="00131489" w:rsidRDefault="00512EC2" w:rsidP="00131489">
            <w:pPr>
              <w:pStyle w:val="NoSpacing"/>
              <w:rPr>
                <w:rFonts w:ascii="Arial" w:hAnsi="Arial" w:cs="Arial"/>
                <w:lang w:val="en-GB"/>
              </w:rPr>
            </w:pPr>
            <w:r w:rsidRPr="00131489">
              <w:rPr>
                <w:rFonts w:ascii="Arial" w:hAnsi="Arial" w:cs="Arial"/>
                <w:lang w:val="en-GB"/>
              </w:rPr>
              <w:t xml:space="preserve">If you're under 25 and you've not had the </w:t>
            </w:r>
            <w:proofErr w:type="spellStart"/>
            <w:r w:rsidRPr="00131489">
              <w:rPr>
                <w:rFonts w:ascii="Arial" w:hAnsi="Arial" w:cs="Arial"/>
                <w:lang w:val="en-GB"/>
              </w:rPr>
              <w:t>MenACWY</w:t>
            </w:r>
            <w:proofErr w:type="spellEnd"/>
            <w:r w:rsidRPr="00131489">
              <w:rPr>
                <w:rFonts w:ascii="Arial" w:hAnsi="Arial" w:cs="Arial"/>
                <w:lang w:val="en-GB"/>
              </w:rPr>
              <w:t xml:space="preserve"> vaccine before, you should ideally have it at least 2 weeks before starting college or university. Ask a GP about getting vaccinated.</w:t>
            </w:r>
          </w:p>
          <w:p w14:paraId="5AC5BD4F" w14:textId="5330FFA7" w:rsidR="00512EC2" w:rsidRPr="00131489" w:rsidRDefault="00512EC2" w:rsidP="00131489">
            <w:pPr>
              <w:pStyle w:val="NoSpacing"/>
              <w:rPr>
                <w:rFonts w:ascii="Arial" w:hAnsi="Arial" w:cs="Arial"/>
                <w:lang w:val="en-GB"/>
              </w:rPr>
            </w:pPr>
            <w:r w:rsidRPr="00131489">
              <w:rPr>
                <w:rFonts w:ascii="Arial" w:hAnsi="Arial" w:cs="Arial"/>
                <w:lang w:val="en-GB"/>
              </w:rPr>
              <w:t>If you've already started college or university, get the vaccine as soon as possible. Ask at the health centre on campus or </w:t>
            </w:r>
            <w:hyperlink r:id="rId24" w:history="1">
              <w:r w:rsidRPr="00131489">
                <w:rPr>
                  <w:rStyle w:val="Hyperlink"/>
                  <w:rFonts w:ascii="Arial" w:hAnsi="Arial" w:cs="Arial"/>
                  <w:lang w:val="en-GB"/>
                </w:rPr>
                <w:t>register with a GP</w:t>
              </w:r>
            </w:hyperlink>
            <w:r w:rsidRPr="00131489">
              <w:rPr>
                <w:rFonts w:ascii="Arial" w:hAnsi="Arial" w:cs="Arial"/>
                <w:lang w:val="en-GB"/>
              </w:rPr>
              <w:t> to get it.</w:t>
            </w:r>
            <w:r w:rsidR="00131489">
              <w:rPr>
                <w:rFonts w:ascii="Arial" w:hAnsi="Arial" w:cs="Arial"/>
                <w:lang w:val="en-GB"/>
              </w:rPr>
              <w:t xml:space="preserve"> </w:t>
            </w:r>
            <w:r w:rsidRPr="00131489">
              <w:rPr>
                <w:rFonts w:ascii="Arial" w:hAnsi="Arial" w:cs="Arial"/>
                <w:b/>
                <w:bCs/>
                <w:lang w:val="en-GB"/>
              </w:rPr>
              <w:t>More about vaccine safety</w:t>
            </w:r>
          </w:p>
          <w:p w14:paraId="23733115" w14:textId="6EFC612E" w:rsidR="00512EC2" w:rsidRPr="00131489" w:rsidRDefault="00512EC2" w:rsidP="00512EC2">
            <w:pPr>
              <w:spacing w:after="160" w:line="278" w:lineRule="auto"/>
              <w:rPr>
                <w:rFonts w:ascii="Arial" w:hAnsi="Arial" w:cs="Arial"/>
                <w:b/>
                <w:bCs/>
              </w:rPr>
            </w:pPr>
            <w:hyperlink r:id="rId25" w:history="1">
              <w:r w:rsidRPr="00131489">
                <w:rPr>
                  <w:rStyle w:val="Hyperlink"/>
                  <w:rFonts w:ascii="Arial" w:hAnsi="Arial" w:cs="Arial"/>
                  <w:lang w:val="en-GB"/>
                </w:rPr>
                <w:t>Find out more about why vaccination is important and the safest way to protect yourself</w:t>
              </w:r>
            </w:hyperlink>
            <w:r w:rsidRPr="00131489">
              <w:rPr>
                <w:rFonts w:ascii="Arial" w:hAnsi="Arial" w:cs="Arial"/>
              </w:rPr>
              <w:t xml:space="preserve"> </w:t>
            </w:r>
          </w:p>
        </w:tc>
      </w:tr>
      <w:tr w:rsidR="00D33F66" w:rsidRPr="00825EAD" w14:paraId="41D5FBC4" w14:textId="77777777" w:rsidTr="006051DB">
        <w:tc>
          <w:tcPr>
            <w:tcW w:w="5894" w:type="dxa"/>
          </w:tcPr>
          <w:p w14:paraId="7B5A6128" w14:textId="1A0D6145" w:rsidR="00E4593D" w:rsidRPr="002C1849" w:rsidRDefault="00E4593D" w:rsidP="00E4593D">
            <w:pPr>
              <w:spacing w:after="160" w:line="278" w:lineRule="auto"/>
              <w:rPr>
                <w:rFonts w:ascii="Arial" w:hAnsi="Arial" w:cs="Arial"/>
                <w:b/>
                <w:bCs/>
                <w:lang w:val="en-GB"/>
              </w:rPr>
            </w:pPr>
            <w:r w:rsidRPr="002C1849">
              <w:rPr>
                <w:rFonts w:ascii="Arial" w:hAnsi="Arial" w:cs="Arial"/>
                <w:b/>
                <w:bCs/>
              </w:rPr>
              <w:t>MENINGITIS B VACCINE</w:t>
            </w:r>
            <w:r w:rsidR="002B1C4E" w:rsidRPr="002C1849">
              <w:rPr>
                <w:rFonts w:ascii="Arial" w:hAnsi="Arial" w:cs="Arial"/>
                <w:b/>
                <w:bCs/>
              </w:rPr>
              <w:t xml:space="preserve"> - Available</w:t>
            </w:r>
            <w:r w:rsidRPr="00E4593D">
              <w:rPr>
                <w:rFonts w:ascii="Arial" w:hAnsi="Arial" w:cs="Arial"/>
                <w:b/>
                <w:bCs/>
                <w:lang w:val="en-GB"/>
              </w:rPr>
              <w:t xml:space="preserve"> from Monday 20th July 2026 – 31.03.2027</w:t>
            </w:r>
          </w:p>
          <w:p w14:paraId="661C221D" w14:textId="77777777" w:rsidR="001A6DD1" w:rsidRPr="002C1849" w:rsidRDefault="001A6DD1" w:rsidP="002C1849">
            <w:pPr>
              <w:pStyle w:val="NoSpacing"/>
              <w:rPr>
                <w:rFonts w:ascii="Arial" w:hAnsi="Arial" w:cs="Arial"/>
                <w:lang w:val="en-GB"/>
              </w:rPr>
            </w:pPr>
            <w:r w:rsidRPr="002C1849">
              <w:rPr>
                <w:rFonts w:ascii="Arial" w:hAnsi="Arial" w:cs="Arial"/>
                <w:lang w:val="en-GB"/>
              </w:rPr>
              <w:t>A time-limited </w:t>
            </w:r>
            <w:proofErr w:type="spellStart"/>
            <w:r w:rsidRPr="002C1849">
              <w:rPr>
                <w:rFonts w:ascii="Arial" w:hAnsi="Arial" w:cs="Arial"/>
                <w:lang w:val="en-GB"/>
              </w:rPr>
              <w:t>MenB</w:t>
            </w:r>
            <w:proofErr w:type="spellEnd"/>
            <w:r w:rsidRPr="002C1849">
              <w:rPr>
                <w:rFonts w:ascii="Arial" w:hAnsi="Arial" w:cs="Arial"/>
                <w:lang w:val="en-GB"/>
              </w:rPr>
              <w:t> vaccine offer is available now for eligible young people, including those who will be starting university as undergraduates or moving into residential further education settings for the first time in autumn 2026. You can check eligibility guidelines below.  </w:t>
            </w:r>
          </w:p>
          <w:p w14:paraId="25374F34" w14:textId="77777777" w:rsidR="002C1849" w:rsidRPr="002C1849" w:rsidRDefault="002C1849" w:rsidP="002C1849">
            <w:pPr>
              <w:pStyle w:val="NoSpacing"/>
              <w:rPr>
                <w:rFonts w:ascii="Arial" w:hAnsi="Arial" w:cs="Arial"/>
                <w:lang w:val="en-GB"/>
              </w:rPr>
            </w:pPr>
          </w:p>
          <w:p w14:paraId="605596DD" w14:textId="77777777" w:rsidR="001A6DD1" w:rsidRPr="002C1849" w:rsidRDefault="001A6DD1" w:rsidP="002C1849">
            <w:pPr>
              <w:pStyle w:val="NoSpacing"/>
              <w:rPr>
                <w:rFonts w:ascii="Arial" w:hAnsi="Arial" w:cs="Arial"/>
                <w:lang w:val="en-GB"/>
              </w:rPr>
            </w:pPr>
            <w:r w:rsidRPr="002C1849">
              <w:rPr>
                <w:rFonts w:ascii="Arial" w:hAnsi="Arial" w:cs="Arial"/>
                <w:lang w:val="en-GB"/>
              </w:rPr>
              <w:t>The programme has been introduced in response to </w:t>
            </w:r>
            <w:hyperlink r:id="rId26" w:tgtFrame="_blank" w:history="1">
              <w:r w:rsidRPr="002C1849">
                <w:rPr>
                  <w:rStyle w:val="Hyperlink"/>
                  <w:rFonts w:ascii="Arial" w:hAnsi="Arial" w:cs="Arial"/>
                  <w:lang w:val="en-GB"/>
                </w:rPr>
                <w:t>recent meningitis outbreaks</w:t>
              </w:r>
            </w:hyperlink>
            <w:r w:rsidRPr="002C1849">
              <w:rPr>
                <w:rFonts w:ascii="Arial" w:hAnsi="Arial" w:cs="Arial"/>
                <w:lang w:val="en-GB"/>
              </w:rPr>
              <w:t> while a full review of the evidence by the Joint Committee on Vaccination and Immunisation (JCVI) is underway.  </w:t>
            </w:r>
          </w:p>
          <w:p w14:paraId="40D9588A" w14:textId="77777777" w:rsidR="002C1849" w:rsidRPr="002C1849" w:rsidRDefault="002C1849" w:rsidP="002C1849">
            <w:pPr>
              <w:pStyle w:val="NoSpacing"/>
              <w:rPr>
                <w:rFonts w:ascii="Arial" w:hAnsi="Arial" w:cs="Arial"/>
                <w:lang w:val="en-GB"/>
              </w:rPr>
            </w:pPr>
          </w:p>
          <w:p w14:paraId="4E897E71" w14:textId="77777777" w:rsidR="001A6DD1" w:rsidRDefault="001A6DD1" w:rsidP="002C1849">
            <w:pPr>
              <w:pStyle w:val="NoSpacing"/>
              <w:rPr>
                <w:rFonts w:ascii="Arial" w:hAnsi="Arial" w:cs="Arial"/>
                <w:lang w:val="en-GB"/>
              </w:rPr>
            </w:pPr>
            <w:r w:rsidRPr="002C1849">
              <w:rPr>
                <w:rFonts w:ascii="Arial" w:hAnsi="Arial" w:cs="Arial"/>
                <w:lang w:val="en-GB"/>
              </w:rPr>
              <w:t>Eligible students will need 2 doses of the </w:t>
            </w:r>
            <w:proofErr w:type="spellStart"/>
            <w:r w:rsidRPr="002C1849">
              <w:rPr>
                <w:rFonts w:ascii="Arial" w:hAnsi="Arial" w:cs="Arial"/>
                <w:lang w:val="en-GB"/>
              </w:rPr>
              <w:t>MenB</w:t>
            </w:r>
            <w:proofErr w:type="spellEnd"/>
            <w:r w:rsidRPr="002C1849">
              <w:rPr>
                <w:rFonts w:ascii="Arial" w:hAnsi="Arial" w:cs="Arial"/>
                <w:lang w:val="en-GB"/>
              </w:rPr>
              <w:t> vaccine for protection, given at least 4 weeks apart, with the first being offered from 20 July and the second dose from August. </w:t>
            </w:r>
          </w:p>
          <w:p w14:paraId="621BA730" w14:textId="77777777" w:rsidR="00B945ED" w:rsidRDefault="00B945ED" w:rsidP="00A809B4">
            <w:pPr>
              <w:pStyle w:val="NoSpacing"/>
              <w:rPr>
                <w:rFonts w:ascii="Arial" w:hAnsi="Arial" w:cs="Arial"/>
                <w:b/>
                <w:bCs/>
                <w:lang w:val="en-GB"/>
              </w:rPr>
            </w:pPr>
          </w:p>
          <w:p w14:paraId="7994AA56" w14:textId="77777777" w:rsidR="00B945ED" w:rsidRDefault="00B945ED" w:rsidP="00A809B4">
            <w:pPr>
              <w:pStyle w:val="NoSpacing"/>
              <w:rPr>
                <w:rFonts w:ascii="Arial" w:hAnsi="Arial" w:cs="Arial"/>
                <w:b/>
                <w:bCs/>
                <w:lang w:val="en-GB"/>
              </w:rPr>
            </w:pPr>
          </w:p>
          <w:p w14:paraId="284518CA" w14:textId="59E9CE1A" w:rsidR="00A809B4" w:rsidRDefault="00A809B4" w:rsidP="00A809B4">
            <w:pPr>
              <w:pStyle w:val="NoSpacing"/>
              <w:rPr>
                <w:rFonts w:ascii="Arial" w:hAnsi="Arial" w:cs="Arial"/>
                <w:b/>
                <w:bCs/>
                <w:lang w:val="en-GB"/>
              </w:rPr>
            </w:pPr>
            <w:r w:rsidRPr="001A6DD1">
              <w:rPr>
                <w:rFonts w:ascii="Arial" w:hAnsi="Arial" w:cs="Arial"/>
                <w:b/>
                <w:bCs/>
                <w:lang w:val="en-GB"/>
              </w:rPr>
              <w:lastRenderedPageBreak/>
              <w:t>How to get the vaccine</w:t>
            </w:r>
          </w:p>
          <w:p w14:paraId="7DD4D0ED" w14:textId="77777777" w:rsidR="00A809B4" w:rsidRPr="001A6DD1" w:rsidRDefault="00A809B4" w:rsidP="00A809B4">
            <w:pPr>
              <w:pStyle w:val="NoSpacing"/>
              <w:rPr>
                <w:rFonts w:ascii="Arial" w:hAnsi="Arial" w:cs="Arial"/>
                <w:b/>
                <w:bCs/>
                <w:lang w:val="en-GB"/>
              </w:rPr>
            </w:pPr>
          </w:p>
          <w:p w14:paraId="6860023D" w14:textId="77777777" w:rsidR="00A809B4" w:rsidRPr="001A6DD1" w:rsidRDefault="00A809B4" w:rsidP="00A809B4">
            <w:pPr>
              <w:pStyle w:val="NoSpacing"/>
              <w:rPr>
                <w:rFonts w:ascii="Arial" w:hAnsi="Arial" w:cs="Arial"/>
                <w:lang w:val="en-GB"/>
              </w:rPr>
            </w:pPr>
            <w:r w:rsidRPr="001A6DD1">
              <w:rPr>
                <w:rFonts w:ascii="Arial" w:hAnsi="Arial" w:cs="Arial"/>
                <w:lang w:val="en-GB"/>
              </w:rPr>
              <w:t xml:space="preserve">How you’ll get your </w:t>
            </w:r>
            <w:proofErr w:type="spellStart"/>
            <w:r w:rsidRPr="001A6DD1">
              <w:rPr>
                <w:rFonts w:ascii="Arial" w:hAnsi="Arial" w:cs="Arial"/>
                <w:lang w:val="en-GB"/>
              </w:rPr>
              <w:t>MenB</w:t>
            </w:r>
            <w:proofErr w:type="spellEnd"/>
            <w:r w:rsidRPr="001A6DD1">
              <w:rPr>
                <w:rFonts w:ascii="Arial" w:hAnsi="Arial" w:cs="Arial"/>
                <w:lang w:val="en-GB"/>
              </w:rPr>
              <w:t xml:space="preserve"> vaccine depends on which eligible group you are in.</w:t>
            </w:r>
          </w:p>
          <w:p w14:paraId="4642DEF6" w14:textId="77777777" w:rsidR="00A809B4" w:rsidRDefault="00A809B4" w:rsidP="00A809B4">
            <w:pPr>
              <w:pStyle w:val="NoSpacing"/>
              <w:rPr>
                <w:rFonts w:ascii="Arial" w:hAnsi="Arial" w:cs="Arial"/>
                <w:lang w:val="en-GB"/>
              </w:rPr>
            </w:pPr>
            <w:r w:rsidRPr="001A6DD1">
              <w:rPr>
                <w:rFonts w:ascii="Arial" w:hAnsi="Arial" w:cs="Arial"/>
                <w:lang w:val="en-GB"/>
              </w:rPr>
              <w:t>If you are 17 or 18 years old and were born between 1 September 2007 and 31 August 2008, you can </w:t>
            </w:r>
            <w:hyperlink r:id="rId27" w:history="1">
              <w:r w:rsidRPr="001A6DD1">
                <w:rPr>
                  <w:rStyle w:val="Hyperlink"/>
                  <w:rFonts w:ascii="Arial" w:hAnsi="Arial" w:cs="Arial"/>
                  <w:lang w:val="en-GB"/>
                </w:rPr>
                <w:t>book online</w:t>
              </w:r>
            </w:hyperlink>
            <w:r w:rsidRPr="001A6DD1">
              <w:rPr>
                <w:rFonts w:ascii="Arial" w:hAnsi="Arial" w:cs="Arial"/>
                <w:lang w:val="en-GB"/>
              </w:rPr>
              <w:t> now.  First dose appointments begin from 20 July 2026. You must be registered with a GP surgery in England.</w:t>
            </w:r>
          </w:p>
          <w:p w14:paraId="0E70666D" w14:textId="77777777" w:rsidR="00A809B4" w:rsidRPr="001A6DD1" w:rsidRDefault="00A809B4" w:rsidP="00A809B4">
            <w:pPr>
              <w:pStyle w:val="NoSpacing"/>
              <w:rPr>
                <w:rFonts w:ascii="Arial" w:hAnsi="Arial" w:cs="Arial"/>
                <w:lang w:val="en-GB"/>
              </w:rPr>
            </w:pPr>
          </w:p>
          <w:p w14:paraId="09161C06" w14:textId="0FE31A2B" w:rsidR="00A809B4" w:rsidRPr="005E452A" w:rsidRDefault="00A809B4" w:rsidP="00A809B4">
            <w:pPr>
              <w:pStyle w:val="NoSpacing"/>
              <w:rPr>
                <w:rFonts w:ascii="Arial" w:hAnsi="Arial" w:cs="Arial"/>
                <w:b/>
                <w:bCs/>
                <w:lang w:val="en-GB"/>
              </w:rPr>
            </w:pPr>
            <w:r w:rsidRPr="001A6DD1">
              <w:rPr>
                <w:rFonts w:ascii="Arial" w:hAnsi="Arial" w:cs="Arial"/>
                <w:lang w:val="en-GB"/>
              </w:rPr>
              <w:t>If you are under 25, born on or after 21 July 2001 and for the first time this autumn you are starting university or starting at some further education colleges as a residential student, you can </w:t>
            </w:r>
            <w:hyperlink r:id="rId28" w:history="1">
              <w:r w:rsidRPr="001A6DD1">
                <w:rPr>
                  <w:rStyle w:val="Hyperlink"/>
                  <w:rFonts w:ascii="Arial" w:hAnsi="Arial" w:cs="Arial"/>
                  <w:lang w:val="en-GB"/>
                </w:rPr>
                <w:t xml:space="preserve">get a </w:t>
              </w:r>
              <w:proofErr w:type="spellStart"/>
              <w:r w:rsidRPr="001A6DD1">
                <w:rPr>
                  <w:rStyle w:val="Hyperlink"/>
                  <w:rFonts w:ascii="Arial" w:hAnsi="Arial" w:cs="Arial"/>
                  <w:lang w:val="en-GB"/>
                </w:rPr>
                <w:t>MenB</w:t>
              </w:r>
              <w:proofErr w:type="spellEnd"/>
              <w:r w:rsidRPr="001A6DD1">
                <w:rPr>
                  <w:rStyle w:val="Hyperlink"/>
                  <w:rFonts w:ascii="Arial" w:hAnsi="Arial" w:cs="Arial"/>
                  <w:lang w:val="en-GB"/>
                </w:rPr>
                <w:t xml:space="preserve"> vaccine at a participating pharmacy</w:t>
              </w:r>
            </w:hyperlink>
            <w:r w:rsidRPr="001A6DD1">
              <w:rPr>
                <w:rFonts w:ascii="Arial" w:hAnsi="Arial" w:cs="Arial"/>
                <w:lang w:val="en-GB"/>
              </w:rPr>
              <w:t> </w:t>
            </w:r>
            <w:r w:rsidR="00DC2428">
              <w:rPr>
                <w:rFonts w:ascii="Arial" w:hAnsi="Arial" w:cs="Arial"/>
                <w:lang w:val="en-GB"/>
              </w:rPr>
              <w:t xml:space="preserve"> </w:t>
            </w:r>
            <w:r w:rsidRPr="001A6DD1">
              <w:rPr>
                <w:rFonts w:ascii="Arial" w:hAnsi="Arial" w:cs="Arial"/>
                <w:lang w:val="en-GB"/>
              </w:rPr>
              <w:t>from 20 July</w:t>
            </w:r>
            <w:r w:rsidR="00C552CC">
              <w:rPr>
                <w:rFonts w:ascii="Arial" w:hAnsi="Arial" w:cs="Arial"/>
                <w:lang w:val="en-GB"/>
              </w:rPr>
              <w:t xml:space="preserve"> 2026</w:t>
            </w:r>
            <w:r w:rsidRPr="001A6DD1">
              <w:rPr>
                <w:rFonts w:ascii="Arial" w:hAnsi="Arial" w:cs="Arial"/>
                <w:lang w:val="en-GB"/>
              </w:rPr>
              <w:t xml:space="preserve">. </w:t>
            </w:r>
            <w:r w:rsidR="0039415F" w:rsidRPr="005E452A">
              <w:rPr>
                <w:rFonts w:ascii="Arial" w:hAnsi="Arial" w:cs="Arial"/>
                <w:b/>
                <w:bCs/>
                <w:lang w:val="en-GB"/>
              </w:rPr>
              <w:t xml:space="preserve">PROOF OF UNIVERSITY/COLLEGE </w:t>
            </w:r>
            <w:r w:rsidR="005E452A" w:rsidRPr="005E452A">
              <w:rPr>
                <w:rFonts w:ascii="Arial" w:hAnsi="Arial" w:cs="Arial"/>
                <w:b/>
                <w:bCs/>
                <w:lang w:val="en-GB"/>
              </w:rPr>
              <w:t>RESIDENCE WILL BE REQUIRED</w:t>
            </w:r>
            <w:r w:rsidR="00004280">
              <w:rPr>
                <w:rFonts w:ascii="Arial" w:hAnsi="Arial" w:cs="Arial"/>
                <w:b/>
                <w:bCs/>
                <w:lang w:val="en-GB"/>
              </w:rPr>
              <w:t xml:space="preserve">. Please note that the GP surgery is not commissioned to provide this service. </w:t>
            </w:r>
          </w:p>
          <w:p w14:paraId="303DBD0A" w14:textId="77777777" w:rsidR="00A809B4" w:rsidRDefault="00A809B4" w:rsidP="00A809B4">
            <w:pPr>
              <w:pStyle w:val="NoSpacing"/>
              <w:rPr>
                <w:rFonts w:ascii="Arial" w:hAnsi="Arial" w:cs="Arial"/>
                <w:lang w:val="en-GB"/>
              </w:rPr>
            </w:pPr>
          </w:p>
          <w:p w14:paraId="485B1713" w14:textId="77777777" w:rsidR="00642939" w:rsidRDefault="00A809B4" w:rsidP="00A809B4">
            <w:pPr>
              <w:pStyle w:val="NoSpacing"/>
              <w:rPr>
                <w:rFonts w:ascii="Arial" w:hAnsi="Arial" w:cs="Arial"/>
                <w:lang w:val="en-GB"/>
              </w:rPr>
            </w:pPr>
            <w:r w:rsidRPr="001A6DD1">
              <w:rPr>
                <w:rFonts w:ascii="Arial" w:hAnsi="Arial" w:cs="Arial"/>
                <w:lang w:val="en-GB"/>
              </w:rPr>
              <w:t xml:space="preserve">This includes international students, students from Scotland, Wales, Northern Ireland, the Channel Islands and the Isle of Man, and those travelling abroad to study. </w:t>
            </w:r>
          </w:p>
          <w:p w14:paraId="7F07E9D4" w14:textId="77777777" w:rsidR="00642939" w:rsidRDefault="00642939" w:rsidP="00A809B4">
            <w:pPr>
              <w:pStyle w:val="NoSpacing"/>
              <w:rPr>
                <w:rFonts w:ascii="Arial" w:hAnsi="Arial" w:cs="Arial"/>
                <w:b/>
                <w:bCs/>
                <w:lang w:val="en-GB"/>
              </w:rPr>
            </w:pPr>
          </w:p>
          <w:p w14:paraId="4B89FE93" w14:textId="69911CBA" w:rsidR="00A809B4" w:rsidRPr="001A6DD1" w:rsidRDefault="00A809B4" w:rsidP="00A809B4">
            <w:pPr>
              <w:pStyle w:val="NoSpacing"/>
              <w:rPr>
                <w:rFonts w:ascii="Arial" w:hAnsi="Arial" w:cs="Arial"/>
                <w:lang w:val="en-GB"/>
              </w:rPr>
            </w:pPr>
            <w:r w:rsidRPr="001A6DD1">
              <w:rPr>
                <w:rFonts w:ascii="Arial" w:hAnsi="Arial" w:cs="Arial"/>
                <w:b/>
                <w:bCs/>
                <w:lang w:val="en-GB"/>
              </w:rPr>
              <w:t>You do not need to be registered with a GP surgery to use this service</w:t>
            </w:r>
            <w:r w:rsidRPr="001A6DD1">
              <w:rPr>
                <w:rFonts w:ascii="Arial" w:hAnsi="Arial" w:cs="Arial"/>
                <w:lang w:val="en-GB"/>
              </w:rPr>
              <w:t>. </w:t>
            </w:r>
          </w:p>
          <w:p w14:paraId="40D78CE6" w14:textId="77777777" w:rsidR="00A809B4" w:rsidRPr="002C1849" w:rsidRDefault="00A809B4" w:rsidP="002C1849">
            <w:pPr>
              <w:pStyle w:val="NoSpacing"/>
              <w:rPr>
                <w:rFonts w:ascii="Arial" w:hAnsi="Arial" w:cs="Arial"/>
                <w:lang w:val="en-GB"/>
              </w:rPr>
            </w:pPr>
          </w:p>
          <w:p w14:paraId="0FABBA30" w14:textId="77777777" w:rsidR="005B78EE" w:rsidRPr="00825EAD" w:rsidRDefault="005B78EE" w:rsidP="002413C6">
            <w:pPr>
              <w:spacing w:after="160" w:line="278" w:lineRule="auto"/>
              <w:rPr>
                <w:rFonts w:ascii="Segoe UI Emoji" w:hAnsi="Segoe UI Emoji" w:cs="Segoe UI Emoji"/>
              </w:rPr>
            </w:pPr>
          </w:p>
        </w:tc>
        <w:tc>
          <w:tcPr>
            <w:tcW w:w="5153" w:type="dxa"/>
          </w:tcPr>
          <w:p w14:paraId="408BEF55" w14:textId="11C30038" w:rsidR="00647BF1" w:rsidRPr="00825EAD" w:rsidRDefault="00647BF1" w:rsidP="00647BF1">
            <w:pPr>
              <w:spacing w:after="160" w:line="278" w:lineRule="auto"/>
              <w:rPr>
                <w:rFonts w:ascii="Arial" w:hAnsi="Arial" w:cs="Arial"/>
                <w:b/>
                <w:bCs/>
              </w:rPr>
            </w:pPr>
            <w:r w:rsidRPr="00825EAD">
              <w:rPr>
                <w:rFonts w:ascii="Segoe UI Emoji" w:hAnsi="Segoe UI Emoji" w:cs="Segoe UI Emoji"/>
                <w:b/>
                <w:bCs/>
              </w:rPr>
              <w:lastRenderedPageBreak/>
              <w:t>♿</w:t>
            </w:r>
            <w:r w:rsidRPr="00825EAD">
              <w:rPr>
                <w:rFonts w:ascii="Arial" w:hAnsi="Arial" w:cs="Arial"/>
                <w:b/>
                <w:bCs/>
              </w:rPr>
              <w:t xml:space="preserve"> DO YOU NEED ANY REASONABLE ADJUSTMENTS?</w:t>
            </w:r>
          </w:p>
          <w:p w14:paraId="536955A3" w14:textId="77777777" w:rsidR="00647BF1" w:rsidRPr="00825EAD" w:rsidRDefault="00647BF1" w:rsidP="00647BF1">
            <w:pPr>
              <w:spacing w:after="160" w:line="278" w:lineRule="auto"/>
              <w:rPr>
                <w:rFonts w:ascii="Arial" w:hAnsi="Arial" w:cs="Arial"/>
              </w:rPr>
            </w:pPr>
            <w:r w:rsidRPr="00825EAD">
              <w:rPr>
                <w:rFonts w:ascii="Arial" w:hAnsi="Arial" w:cs="Arial"/>
              </w:rPr>
              <w:t>At Wootton Medical Centre we are committed to making healthcare accessible to everyone.</w:t>
            </w:r>
          </w:p>
          <w:p w14:paraId="0B072C2E" w14:textId="77777777" w:rsidR="00647BF1" w:rsidRPr="00825EAD" w:rsidRDefault="00647BF1" w:rsidP="00647BF1">
            <w:pPr>
              <w:spacing w:after="160" w:line="278" w:lineRule="auto"/>
              <w:rPr>
                <w:rFonts w:ascii="Arial" w:hAnsi="Arial" w:cs="Arial"/>
                <w:b/>
                <w:bCs/>
              </w:rPr>
            </w:pPr>
            <w:r w:rsidRPr="00825EAD">
              <w:rPr>
                <w:rFonts w:ascii="Arial" w:hAnsi="Arial" w:cs="Arial"/>
                <w:b/>
                <w:bCs/>
              </w:rPr>
              <w:t>We May Be Able to Offer:</w:t>
            </w:r>
          </w:p>
          <w:p w14:paraId="2D368BA5" w14:textId="77777777" w:rsidR="00647BF1" w:rsidRPr="00825EAD" w:rsidRDefault="00647BF1" w:rsidP="00647BF1">
            <w:pPr>
              <w:pStyle w:val="NoSpacing"/>
              <w:rPr>
                <w:rFonts w:ascii="Arial" w:hAnsi="Arial" w:cs="Arial"/>
              </w:rPr>
            </w:pPr>
            <w:r w:rsidRPr="00825EAD">
              <w:rPr>
                <w:rFonts w:ascii="Segoe UI Emoji" w:hAnsi="Segoe UI Emoji" w:cs="Segoe UI Emoji"/>
              </w:rPr>
              <w:t>✅</w:t>
            </w:r>
            <w:r w:rsidRPr="00825EAD">
              <w:rPr>
                <w:rFonts w:ascii="Arial" w:hAnsi="Arial" w:cs="Arial"/>
              </w:rPr>
              <w:t xml:space="preserve"> Longer appointments</w:t>
            </w:r>
          </w:p>
          <w:p w14:paraId="209815DB" w14:textId="77777777" w:rsidR="00647BF1" w:rsidRPr="00825EAD" w:rsidRDefault="00647BF1" w:rsidP="00647BF1">
            <w:pPr>
              <w:pStyle w:val="NoSpacing"/>
              <w:rPr>
                <w:rFonts w:ascii="Arial" w:hAnsi="Arial" w:cs="Arial"/>
              </w:rPr>
            </w:pPr>
            <w:r w:rsidRPr="00825EAD">
              <w:rPr>
                <w:rFonts w:ascii="Segoe UI Emoji" w:hAnsi="Segoe UI Emoji" w:cs="Segoe UI Emoji"/>
              </w:rPr>
              <w:t>✅</w:t>
            </w:r>
            <w:r w:rsidRPr="00825EAD">
              <w:rPr>
                <w:rFonts w:ascii="Arial" w:hAnsi="Arial" w:cs="Arial"/>
              </w:rPr>
              <w:t xml:space="preserve"> Communication support</w:t>
            </w:r>
          </w:p>
          <w:p w14:paraId="058B2F08" w14:textId="77777777" w:rsidR="00647BF1" w:rsidRPr="00825EAD" w:rsidRDefault="00647BF1" w:rsidP="00647BF1">
            <w:pPr>
              <w:pStyle w:val="NoSpacing"/>
              <w:rPr>
                <w:rFonts w:ascii="Arial" w:hAnsi="Arial" w:cs="Arial"/>
              </w:rPr>
            </w:pPr>
            <w:r w:rsidRPr="00825EAD">
              <w:rPr>
                <w:rFonts w:ascii="Segoe UI Emoji" w:hAnsi="Segoe UI Emoji" w:cs="Segoe UI Emoji"/>
              </w:rPr>
              <w:t>✅</w:t>
            </w:r>
            <w:r w:rsidRPr="00825EAD">
              <w:rPr>
                <w:rFonts w:ascii="Arial" w:hAnsi="Arial" w:cs="Arial"/>
              </w:rPr>
              <w:t xml:space="preserve"> Interpreter services</w:t>
            </w:r>
          </w:p>
          <w:p w14:paraId="4797E96C" w14:textId="77777777" w:rsidR="00647BF1" w:rsidRPr="00825EAD" w:rsidRDefault="00647BF1" w:rsidP="00647BF1">
            <w:pPr>
              <w:pStyle w:val="NoSpacing"/>
              <w:rPr>
                <w:rFonts w:ascii="Arial" w:hAnsi="Arial" w:cs="Arial"/>
              </w:rPr>
            </w:pPr>
            <w:r w:rsidRPr="00825EAD">
              <w:rPr>
                <w:rFonts w:ascii="Segoe UI Emoji" w:hAnsi="Segoe UI Emoji" w:cs="Segoe UI Emoji"/>
              </w:rPr>
              <w:t>✅</w:t>
            </w:r>
            <w:r w:rsidRPr="00825EAD">
              <w:rPr>
                <w:rFonts w:ascii="Arial" w:hAnsi="Arial" w:cs="Arial"/>
              </w:rPr>
              <w:t xml:space="preserve"> Easy Read information</w:t>
            </w:r>
          </w:p>
          <w:p w14:paraId="29E2B1D2" w14:textId="77777777" w:rsidR="00647BF1" w:rsidRPr="00825EAD" w:rsidRDefault="00647BF1" w:rsidP="00647BF1">
            <w:pPr>
              <w:pStyle w:val="NoSpacing"/>
              <w:rPr>
                <w:rFonts w:ascii="Arial" w:hAnsi="Arial" w:cs="Arial"/>
              </w:rPr>
            </w:pPr>
            <w:r w:rsidRPr="00825EAD">
              <w:rPr>
                <w:rFonts w:ascii="Segoe UI Emoji" w:hAnsi="Segoe UI Emoji" w:cs="Segoe UI Emoji"/>
              </w:rPr>
              <w:t>✅</w:t>
            </w:r>
            <w:r w:rsidRPr="00825EAD">
              <w:rPr>
                <w:rFonts w:ascii="Arial" w:hAnsi="Arial" w:cs="Arial"/>
              </w:rPr>
              <w:t xml:space="preserve"> Hearing and visual impairment support</w:t>
            </w:r>
          </w:p>
          <w:p w14:paraId="78CC9A1B" w14:textId="77777777" w:rsidR="00647BF1" w:rsidRPr="00825EAD" w:rsidRDefault="00647BF1" w:rsidP="00647BF1">
            <w:pPr>
              <w:pStyle w:val="NoSpacing"/>
              <w:rPr>
                <w:rFonts w:ascii="Arial" w:hAnsi="Arial" w:cs="Arial"/>
              </w:rPr>
            </w:pPr>
            <w:r w:rsidRPr="00825EAD">
              <w:rPr>
                <w:rFonts w:ascii="Segoe UI Emoji" w:hAnsi="Segoe UI Emoji" w:cs="Segoe UI Emoji"/>
              </w:rPr>
              <w:t>✅</w:t>
            </w:r>
            <w:r w:rsidRPr="00825EAD">
              <w:rPr>
                <w:rFonts w:ascii="Arial" w:hAnsi="Arial" w:cs="Arial"/>
              </w:rPr>
              <w:t xml:space="preserve"> Autism, ADHD and anxiety support</w:t>
            </w:r>
          </w:p>
          <w:p w14:paraId="5C40EF53" w14:textId="77777777" w:rsidR="00647BF1" w:rsidRPr="00825EAD" w:rsidRDefault="00647BF1" w:rsidP="00647BF1">
            <w:pPr>
              <w:pStyle w:val="NoSpacing"/>
              <w:rPr>
                <w:rFonts w:ascii="Arial" w:hAnsi="Arial" w:cs="Arial"/>
              </w:rPr>
            </w:pPr>
            <w:r w:rsidRPr="00825EAD">
              <w:rPr>
                <w:rFonts w:ascii="Segoe UI Emoji" w:hAnsi="Segoe UI Emoji" w:cs="Segoe UI Emoji"/>
              </w:rPr>
              <w:t>✅</w:t>
            </w:r>
            <w:r w:rsidRPr="00825EAD">
              <w:rPr>
                <w:rFonts w:ascii="Arial" w:hAnsi="Arial" w:cs="Arial"/>
              </w:rPr>
              <w:t xml:space="preserve"> Wheelchair-accessible facilities</w:t>
            </w:r>
          </w:p>
          <w:p w14:paraId="422A242F" w14:textId="77777777" w:rsidR="00647BF1" w:rsidRDefault="00647BF1" w:rsidP="00647BF1">
            <w:pPr>
              <w:pStyle w:val="NoSpacing"/>
              <w:rPr>
                <w:rFonts w:ascii="Arial" w:hAnsi="Arial" w:cs="Arial"/>
              </w:rPr>
            </w:pPr>
            <w:r w:rsidRPr="00825EAD">
              <w:rPr>
                <w:rFonts w:ascii="Segoe UI Emoji" w:hAnsi="Segoe UI Emoji" w:cs="Segoe UI Emoji"/>
              </w:rPr>
              <w:t>✅</w:t>
            </w:r>
            <w:r w:rsidRPr="00825EAD">
              <w:rPr>
                <w:rFonts w:ascii="Arial" w:hAnsi="Arial" w:cs="Arial"/>
              </w:rPr>
              <w:t xml:space="preserve"> Recorded adjustment needs on your medical record</w:t>
            </w:r>
          </w:p>
          <w:p w14:paraId="282573B5" w14:textId="77777777" w:rsidR="00D32171" w:rsidRPr="00825EAD" w:rsidRDefault="00D32171" w:rsidP="00647BF1">
            <w:pPr>
              <w:pStyle w:val="NoSpacing"/>
              <w:rPr>
                <w:rFonts w:ascii="Arial" w:hAnsi="Arial" w:cs="Arial"/>
              </w:rPr>
            </w:pPr>
          </w:p>
          <w:p w14:paraId="07F798F1" w14:textId="77777777" w:rsidR="005B78EE" w:rsidRDefault="00647BF1" w:rsidP="00647BF1">
            <w:pPr>
              <w:pStyle w:val="NoSpacing"/>
              <w:rPr>
                <w:rFonts w:ascii="Arial" w:hAnsi="Arial" w:cs="Arial"/>
                <w:b/>
                <w:bCs/>
              </w:rPr>
            </w:pPr>
            <w:r w:rsidRPr="00825EAD">
              <w:rPr>
                <w:rFonts w:ascii="Segoe UI Emoji" w:hAnsi="Segoe UI Emoji" w:cs="Segoe UI Emoji"/>
                <w:b/>
                <w:bCs/>
              </w:rPr>
              <w:lastRenderedPageBreak/>
              <w:t>💬</w:t>
            </w:r>
            <w:r w:rsidRPr="00825EAD">
              <w:rPr>
                <w:rFonts w:ascii="Arial" w:hAnsi="Arial" w:cs="Arial"/>
                <w:b/>
                <w:bCs/>
              </w:rPr>
              <w:t xml:space="preserve"> Tell Us What Matters to You - we're here to help.</w:t>
            </w:r>
          </w:p>
          <w:p w14:paraId="5AEAADBF" w14:textId="77777777" w:rsidR="00642939" w:rsidRDefault="00642939" w:rsidP="00647BF1">
            <w:pPr>
              <w:pStyle w:val="NoSpacing"/>
              <w:rPr>
                <w:rFonts w:ascii="Arial" w:hAnsi="Arial" w:cs="Arial"/>
                <w:b/>
                <w:bCs/>
                <w:lang w:val="en-GB"/>
              </w:rPr>
            </w:pPr>
          </w:p>
          <w:p w14:paraId="5C169EB3" w14:textId="77777777" w:rsidR="00832C20" w:rsidRDefault="00832C20" w:rsidP="00647BF1">
            <w:pPr>
              <w:pStyle w:val="NoSpacing"/>
              <w:rPr>
                <w:rFonts w:ascii="Arial" w:hAnsi="Arial" w:cs="Arial"/>
                <w:b/>
                <w:bCs/>
                <w:lang w:val="en-GB"/>
              </w:rPr>
            </w:pPr>
          </w:p>
          <w:p w14:paraId="7A9A93E0" w14:textId="77777777" w:rsidR="005B1499" w:rsidRPr="005B1499" w:rsidRDefault="005B1499" w:rsidP="005B1499">
            <w:pPr>
              <w:pStyle w:val="NoSpacing"/>
              <w:rPr>
                <w:rFonts w:ascii="Arial" w:hAnsi="Arial" w:cs="Arial"/>
                <w:b/>
                <w:bCs/>
                <w:lang w:val="en-GB"/>
              </w:rPr>
            </w:pPr>
            <w:r w:rsidRPr="005B1499">
              <w:rPr>
                <w:rFonts w:ascii="Segoe UI Emoji" w:hAnsi="Segoe UI Emoji" w:cs="Segoe UI Emoji"/>
                <w:b/>
                <w:bCs/>
                <w:lang w:val="en-GB"/>
              </w:rPr>
              <w:t>🍂</w:t>
            </w:r>
            <w:r w:rsidRPr="005B1499">
              <w:rPr>
                <w:rFonts w:ascii="Arial" w:hAnsi="Arial" w:cs="Arial"/>
                <w:b/>
                <w:bCs/>
                <w:lang w:val="en-GB"/>
              </w:rPr>
              <w:t xml:space="preserve"> What's Coming Up This Autumn</w:t>
            </w:r>
          </w:p>
          <w:p w14:paraId="7982AF3A" w14:textId="77777777" w:rsidR="00832C20" w:rsidRDefault="00832C20" w:rsidP="00647BF1">
            <w:pPr>
              <w:pStyle w:val="NoSpacing"/>
              <w:rPr>
                <w:rFonts w:ascii="Arial" w:hAnsi="Arial" w:cs="Arial"/>
                <w:b/>
                <w:bCs/>
                <w:lang w:val="en-GB"/>
              </w:rPr>
            </w:pPr>
          </w:p>
          <w:p w14:paraId="64904F01" w14:textId="5E7B54E0" w:rsidR="00405730" w:rsidRPr="00405730" w:rsidRDefault="00405730" w:rsidP="00405730">
            <w:pPr>
              <w:pStyle w:val="NoSpacing"/>
              <w:rPr>
                <w:rFonts w:ascii="Arial" w:hAnsi="Arial" w:cs="Arial"/>
                <w:lang w:val="en-GB"/>
              </w:rPr>
            </w:pPr>
            <w:r w:rsidRPr="00405730">
              <w:rPr>
                <w:rFonts w:ascii="Arial" w:hAnsi="Arial" w:cs="Arial"/>
                <w:lang w:val="en-GB"/>
              </w:rPr>
              <w:t>As autumn approaches, we are preparing to support our patients through the changing season. Over the coming months, we'll be launching our annual flu vaccination programme and RSV vaccinations to help protect those most at risk during the winter period. We'll also be sharing advice on staying well, managing common seasonal illnesses, and making the best use of local NHS services, including Pharmacy First. In this edition, you'll find information on maintaining your physical and mental wellbeing as the days become shorter, advice on ordering repeat prescriptions in good time, and updates on how the NHS App can help you access services more conveniently. We look forward to supporting you and your family to stay healthy throughout autumn and winter.</w:t>
            </w:r>
          </w:p>
          <w:p w14:paraId="4A1279C3" w14:textId="65BB0187" w:rsidR="005B1499" w:rsidRPr="00131489" w:rsidRDefault="005B1499" w:rsidP="00647BF1">
            <w:pPr>
              <w:pStyle w:val="NoSpacing"/>
              <w:rPr>
                <w:rFonts w:ascii="Arial" w:hAnsi="Arial" w:cs="Arial"/>
                <w:b/>
                <w:bCs/>
                <w:lang w:val="en-GB"/>
              </w:rPr>
            </w:pPr>
          </w:p>
        </w:tc>
      </w:tr>
    </w:tbl>
    <w:p w14:paraId="072EBAAC" w14:textId="77777777" w:rsidR="00AA3074" w:rsidRDefault="00AA3074" w:rsidP="0076142E">
      <w:pPr>
        <w:rPr>
          <w:rFonts w:ascii="Arial" w:hAnsi="Arial" w:cs="Arial"/>
        </w:rPr>
      </w:pPr>
    </w:p>
    <w:p w14:paraId="436D4807" w14:textId="77777777" w:rsidR="00986054" w:rsidRDefault="009A60CA" w:rsidP="00986054">
      <w:pPr>
        <w:jc w:val="center"/>
        <w:rPr>
          <w:rStyle w:val="IntenseEmphasis"/>
          <w:sz w:val="40"/>
          <w:szCs w:val="40"/>
        </w:rPr>
      </w:pPr>
      <w:r w:rsidRPr="00986054">
        <w:rPr>
          <w:rStyle w:val="IntenseEmphasis"/>
          <w:sz w:val="40"/>
          <w:szCs w:val="40"/>
        </w:rPr>
        <w:t>We Need You!</w:t>
      </w:r>
    </w:p>
    <w:p w14:paraId="51D3CC5D" w14:textId="228E2D51" w:rsidR="00891A5D" w:rsidRPr="00986054" w:rsidRDefault="00891A5D" w:rsidP="00986054">
      <w:pPr>
        <w:jc w:val="center"/>
        <w:rPr>
          <w:b/>
          <w:bCs/>
          <w:i/>
          <w:iCs/>
          <w:color w:val="4F81BD" w:themeColor="accent1"/>
          <w:sz w:val="40"/>
          <w:szCs w:val="40"/>
        </w:rPr>
      </w:pPr>
      <w:r w:rsidRPr="00891A5D">
        <w:rPr>
          <w:rFonts w:ascii="Arial" w:hAnsi="Arial" w:cs="Arial"/>
          <w:b/>
          <w:bCs/>
        </w:rPr>
        <w:t>Get involved! Join the PPG • Complete surveys • Share feedback • Suggest newsletter topics</w:t>
      </w:r>
    </w:p>
    <w:p w14:paraId="044FC158" w14:textId="77777777" w:rsidR="002475D9" w:rsidRDefault="002475D9" w:rsidP="0076142E">
      <w:pPr>
        <w:rPr>
          <w:rFonts w:ascii="Arial" w:hAnsi="Arial" w:cs="Arial"/>
        </w:rPr>
      </w:pPr>
    </w:p>
    <w:sectPr w:rsidR="002475D9" w:rsidSect="00034616">
      <w:headerReference w:type="default" r:id="rId29"/>
      <w:pgSz w:w="12240" w:h="15840"/>
      <w:pgMar w:top="1440" w:right="648" w:bottom="1440" w:left="64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3A47B" w14:textId="77777777" w:rsidR="00DB31F0" w:rsidRDefault="00DB31F0" w:rsidP="00B76936">
      <w:pPr>
        <w:spacing w:after="0" w:line="240" w:lineRule="auto"/>
      </w:pPr>
      <w:r>
        <w:separator/>
      </w:r>
    </w:p>
  </w:endnote>
  <w:endnote w:type="continuationSeparator" w:id="0">
    <w:p w14:paraId="3A4DB325" w14:textId="77777777" w:rsidR="00DB31F0" w:rsidRDefault="00DB31F0" w:rsidP="00B76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BA72C" w14:textId="77777777" w:rsidR="00DB31F0" w:rsidRDefault="00DB31F0" w:rsidP="00B76936">
      <w:pPr>
        <w:spacing w:after="0" w:line="240" w:lineRule="auto"/>
      </w:pPr>
      <w:r>
        <w:separator/>
      </w:r>
    </w:p>
  </w:footnote>
  <w:footnote w:type="continuationSeparator" w:id="0">
    <w:p w14:paraId="7405DA74" w14:textId="77777777" w:rsidR="00DB31F0" w:rsidRDefault="00DB31F0" w:rsidP="00B769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6E946" w14:textId="5BAC278F" w:rsidR="00B76936" w:rsidRPr="004F104F" w:rsidRDefault="004F104F" w:rsidP="00B76936">
    <w:pPr>
      <w:pStyle w:val="Header"/>
      <w:jc w:val="center"/>
      <w:rPr>
        <w:rFonts w:ascii="Arial" w:hAnsi="Arial" w:cs="Arial"/>
        <w:color w:val="4BACC6" w:themeColor="accent5"/>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4F104F">
      <w:rPr>
        <w:rFonts w:ascii="Arial" w:hAnsi="Arial" w:cs="Arial"/>
        <w:noProof/>
        <w:color w:val="4BACC6" w:themeColor="accent5"/>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mc:AlternateContent>
        <mc:Choice Requires="wps">
          <w:drawing>
            <wp:anchor distT="0" distB="0" distL="118745" distR="118745" simplePos="0" relativeHeight="251659264" behindDoc="1" locked="0" layoutInCell="1" allowOverlap="0" wp14:anchorId="7676910E" wp14:editId="3DA7CCCF">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63"/>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Arial" w:hAnsi="Arial" w:cs="Arial"/>
                              <w:caps/>
                              <w:color w:val="FFFFFF" w:themeColor="background1"/>
                              <w:sz w:val="28"/>
                              <w:szCs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05A955E6" w14:textId="4AF07F75" w:rsidR="004F104F" w:rsidRPr="008B1A33" w:rsidRDefault="006051DB">
                              <w:pPr>
                                <w:pStyle w:val="Header"/>
                                <w:tabs>
                                  <w:tab w:val="clear" w:pos="4680"/>
                                  <w:tab w:val="clear" w:pos="9360"/>
                                </w:tabs>
                                <w:jc w:val="center"/>
                                <w:rPr>
                                  <w:rFonts w:ascii="Arial" w:hAnsi="Arial" w:cs="Arial"/>
                                  <w:caps/>
                                  <w:color w:val="FFFFFF" w:themeColor="background1"/>
                                  <w:sz w:val="28"/>
                                  <w:szCs w:val="28"/>
                                </w:rPr>
                              </w:pPr>
                              <w:r>
                                <w:rPr>
                                  <w:rFonts w:ascii="Arial" w:hAnsi="Arial" w:cs="Arial"/>
                                  <w:caps/>
                                  <w:color w:val="FFFFFF" w:themeColor="background1"/>
                                  <w:sz w:val="28"/>
                                  <w:szCs w:val="28"/>
                                </w:rPr>
                                <w:t>Wootton medical centre</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7676910E" id="Rectangle 63" o:spid="_x0000_s1026" style="position:absolute;left:0;text-align:left;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" o:allowoverlap="f" fillcolor="#4f81bd [3204]" stroked="f" strokeweight="2pt">
              <v:textbox style="mso-fit-shape-to-text:t">
                <w:txbxContent>
                  <w:sdt>
                    <w:sdtPr>
                      <w:rPr>
                        <w:rFonts w:ascii="Arial" w:hAnsi="Arial" w:cs="Arial"/>
                        <w:caps/>
                        <w:color w:val="FFFFFF" w:themeColor="background1"/>
                        <w:sz w:val="28"/>
                        <w:szCs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05A955E6" w14:textId="4AF07F75" w:rsidR="004F104F" w:rsidRPr="008B1A33" w:rsidRDefault="006051DB">
                        <w:pPr>
                          <w:pStyle w:val="Header"/>
                          <w:tabs>
                            <w:tab w:val="clear" w:pos="4680"/>
                            <w:tab w:val="clear" w:pos="9360"/>
                          </w:tabs>
                          <w:jc w:val="center"/>
                          <w:rPr>
                            <w:rFonts w:ascii="Arial" w:hAnsi="Arial" w:cs="Arial"/>
                            <w:caps/>
                            <w:color w:val="FFFFFF" w:themeColor="background1"/>
                            <w:sz w:val="28"/>
                            <w:szCs w:val="28"/>
                          </w:rPr>
                        </w:pPr>
                        <w:r>
                          <w:rPr>
                            <w:rFonts w:ascii="Arial" w:hAnsi="Arial" w:cs="Arial"/>
                            <w:caps/>
                            <w:color w:val="FFFFFF" w:themeColor="background1"/>
                            <w:sz w:val="28"/>
                            <w:szCs w:val="28"/>
                          </w:rPr>
                          <w:t>Wootton medical centre</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D2E656A"/>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9B6ED1"/>
    <w:multiLevelType w:val="hybridMultilevel"/>
    <w:tmpl w:val="1688A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6A223AF"/>
    <w:multiLevelType w:val="hybridMultilevel"/>
    <w:tmpl w:val="8B3CF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434690"/>
    <w:multiLevelType w:val="multilevel"/>
    <w:tmpl w:val="A54032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606BBD"/>
    <w:multiLevelType w:val="hybridMultilevel"/>
    <w:tmpl w:val="E3E0AA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F4B7E59"/>
    <w:multiLevelType w:val="hybridMultilevel"/>
    <w:tmpl w:val="F8CA1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194A58"/>
    <w:multiLevelType w:val="multilevel"/>
    <w:tmpl w:val="B8DA2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D42B07"/>
    <w:multiLevelType w:val="hybridMultilevel"/>
    <w:tmpl w:val="CF34A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A7485D"/>
    <w:multiLevelType w:val="hybridMultilevel"/>
    <w:tmpl w:val="AF2CB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BD46F1"/>
    <w:multiLevelType w:val="hybridMultilevel"/>
    <w:tmpl w:val="98C2D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0A2FBD"/>
    <w:multiLevelType w:val="hybridMultilevel"/>
    <w:tmpl w:val="492C9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6908FE"/>
    <w:multiLevelType w:val="hybridMultilevel"/>
    <w:tmpl w:val="4224D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0B023C"/>
    <w:multiLevelType w:val="hybridMultilevel"/>
    <w:tmpl w:val="F0CC6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852FBE"/>
    <w:multiLevelType w:val="hybridMultilevel"/>
    <w:tmpl w:val="8BE8C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B20548"/>
    <w:multiLevelType w:val="multilevel"/>
    <w:tmpl w:val="BB007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341028">
    <w:abstractNumId w:val="8"/>
  </w:num>
  <w:num w:numId="2" w16cid:durableId="437793592">
    <w:abstractNumId w:val="6"/>
  </w:num>
  <w:num w:numId="3" w16cid:durableId="715740454">
    <w:abstractNumId w:val="5"/>
  </w:num>
  <w:num w:numId="4" w16cid:durableId="1119682697">
    <w:abstractNumId w:val="4"/>
  </w:num>
  <w:num w:numId="5" w16cid:durableId="1068654093">
    <w:abstractNumId w:val="7"/>
  </w:num>
  <w:num w:numId="6" w16cid:durableId="1453788721">
    <w:abstractNumId w:val="3"/>
  </w:num>
  <w:num w:numId="7" w16cid:durableId="1516649269">
    <w:abstractNumId w:val="2"/>
  </w:num>
  <w:num w:numId="8" w16cid:durableId="727534581">
    <w:abstractNumId w:val="1"/>
  </w:num>
  <w:num w:numId="9" w16cid:durableId="78866353">
    <w:abstractNumId w:val="0"/>
  </w:num>
  <w:num w:numId="10" w16cid:durableId="255597065">
    <w:abstractNumId w:val="22"/>
  </w:num>
  <w:num w:numId="11" w16cid:durableId="1299070702">
    <w:abstractNumId w:val="21"/>
  </w:num>
  <w:num w:numId="12" w16cid:durableId="1947538094">
    <w:abstractNumId w:val="11"/>
  </w:num>
  <w:num w:numId="13" w16cid:durableId="411316580">
    <w:abstractNumId w:val="9"/>
  </w:num>
  <w:num w:numId="14" w16cid:durableId="1209805481">
    <w:abstractNumId w:val="16"/>
  </w:num>
  <w:num w:numId="15" w16cid:durableId="1661494140">
    <w:abstractNumId w:val="18"/>
  </w:num>
  <w:num w:numId="16" w16cid:durableId="1010791687">
    <w:abstractNumId w:val="17"/>
  </w:num>
  <w:num w:numId="17" w16cid:durableId="1172799010">
    <w:abstractNumId w:val="13"/>
  </w:num>
  <w:num w:numId="18" w16cid:durableId="269625198">
    <w:abstractNumId w:val="20"/>
  </w:num>
  <w:num w:numId="19" w16cid:durableId="147333633">
    <w:abstractNumId w:val="15"/>
  </w:num>
  <w:num w:numId="20" w16cid:durableId="1200894063">
    <w:abstractNumId w:val="19"/>
  </w:num>
  <w:num w:numId="21" w16cid:durableId="1269236871">
    <w:abstractNumId w:val="14"/>
  </w:num>
  <w:num w:numId="22" w16cid:durableId="36659613">
    <w:abstractNumId w:val="12"/>
  </w:num>
  <w:num w:numId="23" w16cid:durableId="18917236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280"/>
    <w:rsid w:val="000060F2"/>
    <w:rsid w:val="00034616"/>
    <w:rsid w:val="0003577E"/>
    <w:rsid w:val="00047622"/>
    <w:rsid w:val="0006063C"/>
    <w:rsid w:val="00061F06"/>
    <w:rsid w:val="00074666"/>
    <w:rsid w:val="000766F9"/>
    <w:rsid w:val="000805FE"/>
    <w:rsid w:val="000D5E7B"/>
    <w:rsid w:val="00110E6F"/>
    <w:rsid w:val="00116A82"/>
    <w:rsid w:val="00131489"/>
    <w:rsid w:val="00141FDD"/>
    <w:rsid w:val="00146F83"/>
    <w:rsid w:val="0015074B"/>
    <w:rsid w:val="0016047B"/>
    <w:rsid w:val="001612AD"/>
    <w:rsid w:val="00194FED"/>
    <w:rsid w:val="001A6DD1"/>
    <w:rsid w:val="001B0FD3"/>
    <w:rsid w:val="001B6B29"/>
    <w:rsid w:val="001C58D4"/>
    <w:rsid w:val="001E7F00"/>
    <w:rsid w:val="002043B1"/>
    <w:rsid w:val="002216A3"/>
    <w:rsid w:val="00221903"/>
    <w:rsid w:val="0022399C"/>
    <w:rsid w:val="00233E28"/>
    <w:rsid w:val="002413C6"/>
    <w:rsid w:val="002475D9"/>
    <w:rsid w:val="00250076"/>
    <w:rsid w:val="00262EBD"/>
    <w:rsid w:val="00264997"/>
    <w:rsid w:val="00271287"/>
    <w:rsid w:val="00277D73"/>
    <w:rsid w:val="00284348"/>
    <w:rsid w:val="002958CC"/>
    <w:rsid w:val="0029639D"/>
    <w:rsid w:val="002A175C"/>
    <w:rsid w:val="002A269C"/>
    <w:rsid w:val="002A4E44"/>
    <w:rsid w:val="002B1C4E"/>
    <w:rsid w:val="002B4A81"/>
    <w:rsid w:val="002C03C9"/>
    <w:rsid w:val="002C1849"/>
    <w:rsid w:val="002F6188"/>
    <w:rsid w:val="00321259"/>
    <w:rsid w:val="00326F90"/>
    <w:rsid w:val="003338EF"/>
    <w:rsid w:val="003460E7"/>
    <w:rsid w:val="00346F6F"/>
    <w:rsid w:val="0035231E"/>
    <w:rsid w:val="00393B64"/>
    <w:rsid w:val="0039415F"/>
    <w:rsid w:val="003A53F7"/>
    <w:rsid w:val="003A6CBA"/>
    <w:rsid w:val="003B1742"/>
    <w:rsid w:val="003D69BA"/>
    <w:rsid w:val="003F6EA7"/>
    <w:rsid w:val="00405730"/>
    <w:rsid w:val="00407151"/>
    <w:rsid w:val="00412912"/>
    <w:rsid w:val="00423F1A"/>
    <w:rsid w:val="00447D5D"/>
    <w:rsid w:val="00464C13"/>
    <w:rsid w:val="004918C4"/>
    <w:rsid w:val="004A7DA8"/>
    <w:rsid w:val="004B6301"/>
    <w:rsid w:val="004E1802"/>
    <w:rsid w:val="004E2A8F"/>
    <w:rsid w:val="004E538C"/>
    <w:rsid w:val="004F104F"/>
    <w:rsid w:val="004F5551"/>
    <w:rsid w:val="00510E6B"/>
    <w:rsid w:val="0051266D"/>
    <w:rsid w:val="00512EC2"/>
    <w:rsid w:val="0053267D"/>
    <w:rsid w:val="00551CD6"/>
    <w:rsid w:val="0058658A"/>
    <w:rsid w:val="0059103B"/>
    <w:rsid w:val="005A471E"/>
    <w:rsid w:val="005B1499"/>
    <w:rsid w:val="005B78EE"/>
    <w:rsid w:val="005D6B6D"/>
    <w:rsid w:val="005E452A"/>
    <w:rsid w:val="005E7DB3"/>
    <w:rsid w:val="00600966"/>
    <w:rsid w:val="00601340"/>
    <w:rsid w:val="006051DB"/>
    <w:rsid w:val="0060532F"/>
    <w:rsid w:val="00642939"/>
    <w:rsid w:val="00646699"/>
    <w:rsid w:val="00647BF1"/>
    <w:rsid w:val="00663151"/>
    <w:rsid w:val="006731BC"/>
    <w:rsid w:val="006825D4"/>
    <w:rsid w:val="006C258B"/>
    <w:rsid w:val="006C2B71"/>
    <w:rsid w:val="006E04D2"/>
    <w:rsid w:val="006F6CAF"/>
    <w:rsid w:val="007019DE"/>
    <w:rsid w:val="00730676"/>
    <w:rsid w:val="00736F32"/>
    <w:rsid w:val="00745D13"/>
    <w:rsid w:val="007604B0"/>
    <w:rsid w:val="0076142E"/>
    <w:rsid w:val="00765F4C"/>
    <w:rsid w:val="007779AD"/>
    <w:rsid w:val="007815D0"/>
    <w:rsid w:val="00787CAF"/>
    <w:rsid w:val="007B7F43"/>
    <w:rsid w:val="007F5F0B"/>
    <w:rsid w:val="00811163"/>
    <w:rsid w:val="00811C5D"/>
    <w:rsid w:val="00825EAD"/>
    <w:rsid w:val="00832C20"/>
    <w:rsid w:val="0083422F"/>
    <w:rsid w:val="0083651F"/>
    <w:rsid w:val="00841316"/>
    <w:rsid w:val="0085516B"/>
    <w:rsid w:val="00891A5D"/>
    <w:rsid w:val="00896A7C"/>
    <w:rsid w:val="008A0226"/>
    <w:rsid w:val="008A3CA1"/>
    <w:rsid w:val="008A7456"/>
    <w:rsid w:val="008B1A33"/>
    <w:rsid w:val="008B4CE5"/>
    <w:rsid w:val="008C11EC"/>
    <w:rsid w:val="008C410F"/>
    <w:rsid w:val="0094139A"/>
    <w:rsid w:val="00955ECC"/>
    <w:rsid w:val="00961846"/>
    <w:rsid w:val="00974F48"/>
    <w:rsid w:val="00986054"/>
    <w:rsid w:val="009947D9"/>
    <w:rsid w:val="009A60CA"/>
    <w:rsid w:val="009A6C81"/>
    <w:rsid w:val="00A017DD"/>
    <w:rsid w:val="00A27CC0"/>
    <w:rsid w:val="00A400A3"/>
    <w:rsid w:val="00A453E9"/>
    <w:rsid w:val="00A54D60"/>
    <w:rsid w:val="00A809B4"/>
    <w:rsid w:val="00A80AB8"/>
    <w:rsid w:val="00AA1D8D"/>
    <w:rsid w:val="00AA3074"/>
    <w:rsid w:val="00AA5877"/>
    <w:rsid w:val="00AB0290"/>
    <w:rsid w:val="00AE6B7D"/>
    <w:rsid w:val="00AF6BC9"/>
    <w:rsid w:val="00B07481"/>
    <w:rsid w:val="00B219C9"/>
    <w:rsid w:val="00B47730"/>
    <w:rsid w:val="00B52EBA"/>
    <w:rsid w:val="00B536C4"/>
    <w:rsid w:val="00B63FB7"/>
    <w:rsid w:val="00B707C2"/>
    <w:rsid w:val="00B71E64"/>
    <w:rsid w:val="00B72682"/>
    <w:rsid w:val="00B76936"/>
    <w:rsid w:val="00B945ED"/>
    <w:rsid w:val="00B97112"/>
    <w:rsid w:val="00BA6AC7"/>
    <w:rsid w:val="00BB3138"/>
    <w:rsid w:val="00BD4502"/>
    <w:rsid w:val="00BE501B"/>
    <w:rsid w:val="00BF3AD1"/>
    <w:rsid w:val="00C02DA2"/>
    <w:rsid w:val="00C14131"/>
    <w:rsid w:val="00C14360"/>
    <w:rsid w:val="00C53624"/>
    <w:rsid w:val="00C552CC"/>
    <w:rsid w:val="00C65C54"/>
    <w:rsid w:val="00C72DA2"/>
    <w:rsid w:val="00C82F1B"/>
    <w:rsid w:val="00C93428"/>
    <w:rsid w:val="00C93449"/>
    <w:rsid w:val="00CA1BFF"/>
    <w:rsid w:val="00CB0664"/>
    <w:rsid w:val="00CB415F"/>
    <w:rsid w:val="00CB63F3"/>
    <w:rsid w:val="00CC14E6"/>
    <w:rsid w:val="00CD6F9A"/>
    <w:rsid w:val="00CD7165"/>
    <w:rsid w:val="00CE421C"/>
    <w:rsid w:val="00CF3507"/>
    <w:rsid w:val="00D1179A"/>
    <w:rsid w:val="00D32171"/>
    <w:rsid w:val="00D33F66"/>
    <w:rsid w:val="00D37662"/>
    <w:rsid w:val="00D4200C"/>
    <w:rsid w:val="00D46095"/>
    <w:rsid w:val="00D46641"/>
    <w:rsid w:val="00D52558"/>
    <w:rsid w:val="00D671F1"/>
    <w:rsid w:val="00D716FC"/>
    <w:rsid w:val="00D735AB"/>
    <w:rsid w:val="00D968CC"/>
    <w:rsid w:val="00DA6817"/>
    <w:rsid w:val="00DA69AC"/>
    <w:rsid w:val="00DB31F0"/>
    <w:rsid w:val="00DB3983"/>
    <w:rsid w:val="00DC0368"/>
    <w:rsid w:val="00DC0783"/>
    <w:rsid w:val="00DC2428"/>
    <w:rsid w:val="00DD45A9"/>
    <w:rsid w:val="00DD6D84"/>
    <w:rsid w:val="00DE77E3"/>
    <w:rsid w:val="00DF044C"/>
    <w:rsid w:val="00DF2779"/>
    <w:rsid w:val="00DF4109"/>
    <w:rsid w:val="00E3085C"/>
    <w:rsid w:val="00E314E8"/>
    <w:rsid w:val="00E32FA7"/>
    <w:rsid w:val="00E35337"/>
    <w:rsid w:val="00E42275"/>
    <w:rsid w:val="00E4593D"/>
    <w:rsid w:val="00E65DCF"/>
    <w:rsid w:val="00E73E3E"/>
    <w:rsid w:val="00E82B86"/>
    <w:rsid w:val="00EE2DF2"/>
    <w:rsid w:val="00EF4CFD"/>
    <w:rsid w:val="00F06BEA"/>
    <w:rsid w:val="00F22524"/>
    <w:rsid w:val="00F632BC"/>
    <w:rsid w:val="00F845EF"/>
    <w:rsid w:val="00F86DB0"/>
    <w:rsid w:val="00FC693F"/>
    <w:rsid w:val="00FD35B3"/>
    <w:rsid w:val="00FD715D"/>
    <w:rsid w:val="00FD79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B9D2C656-DB7C-45E0-B181-E6AB4A77D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8C11EC"/>
    <w:rPr>
      <w:color w:val="0000FF" w:themeColor="hyperlink"/>
      <w:u w:val="single"/>
    </w:rPr>
  </w:style>
  <w:style w:type="character" w:styleId="UnresolvedMention">
    <w:name w:val="Unresolved Mention"/>
    <w:basedOn w:val="DefaultParagraphFont"/>
    <w:uiPriority w:val="99"/>
    <w:semiHidden/>
    <w:unhideWhenUsed/>
    <w:rsid w:val="008C11EC"/>
    <w:rPr>
      <w:color w:val="605E5C"/>
      <w:shd w:val="clear" w:color="auto" w:fill="E1DFDD"/>
    </w:rPr>
  </w:style>
  <w:style w:type="character" w:styleId="FollowedHyperlink">
    <w:name w:val="FollowedHyperlink"/>
    <w:basedOn w:val="DefaultParagraphFont"/>
    <w:uiPriority w:val="99"/>
    <w:semiHidden/>
    <w:unhideWhenUsed/>
    <w:rsid w:val="005E7DB3"/>
    <w:rPr>
      <w:color w:val="800080" w:themeColor="followedHyperlink"/>
      <w:u w:val="single"/>
    </w:rPr>
  </w:style>
  <w:style w:type="paragraph" w:styleId="NormalWeb">
    <w:name w:val="Normal (Web)"/>
    <w:basedOn w:val="Normal"/>
    <w:uiPriority w:val="99"/>
    <w:semiHidden/>
    <w:unhideWhenUsed/>
    <w:rsid w:val="00B76936"/>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59672">
      <w:bodyDiv w:val="1"/>
      <w:marLeft w:val="0"/>
      <w:marRight w:val="0"/>
      <w:marTop w:val="0"/>
      <w:marBottom w:val="0"/>
      <w:divBdr>
        <w:top w:val="none" w:sz="0" w:space="0" w:color="auto"/>
        <w:left w:val="none" w:sz="0" w:space="0" w:color="auto"/>
        <w:bottom w:val="none" w:sz="0" w:space="0" w:color="auto"/>
        <w:right w:val="none" w:sz="0" w:space="0" w:color="auto"/>
      </w:divBdr>
      <w:divsChild>
        <w:div w:id="822544324">
          <w:marLeft w:val="0"/>
          <w:marRight w:val="0"/>
          <w:marTop w:val="0"/>
          <w:marBottom w:val="0"/>
          <w:divBdr>
            <w:top w:val="none" w:sz="0" w:space="0" w:color="auto"/>
            <w:left w:val="none" w:sz="0" w:space="0" w:color="auto"/>
            <w:bottom w:val="none" w:sz="0" w:space="0" w:color="auto"/>
            <w:right w:val="none" w:sz="0" w:space="0" w:color="auto"/>
          </w:divBdr>
        </w:div>
      </w:divsChild>
    </w:div>
    <w:div w:id="112552795">
      <w:bodyDiv w:val="1"/>
      <w:marLeft w:val="0"/>
      <w:marRight w:val="0"/>
      <w:marTop w:val="0"/>
      <w:marBottom w:val="0"/>
      <w:divBdr>
        <w:top w:val="none" w:sz="0" w:space="0" w:color="auto"/>
        <w:left w:val="none" w:sz="0" w:space="0" w:color="auto"/>
        <w:bottom w:val="none" w:sz="0" w:space="0" w:color="auto"/>
        <w:right w:val="none" w:sz="0" w:space="0" w:color="auto"/>
      </w:divBdr>
      <w:divsChild>
        <w:div w:id="903492882">
          <w:marLeft w:val="0"/>
          <w:marRight w:val="0"/>
          <w:marTop w:val="0"/>
          <w:marBottom w:val="0"/>
          <w:divBdr>
            <w:top w:val="none" w:sz="0" w:space="0" w:color="auto"/>
            <w:left w:val="none" w:sz="0" w:space="0" w:color="auto"/>
            <w:bottom w:val="none" w:sz="0" w:space="0" w:color="auto"/>
            <w:right w:val="none" w:sz="0" w:space="0" w:color="auto"/>
          </w:divBdr>
        </w:div>
      </w:divsChild>
    </w:div>
    <w:div w:id="154615724">
      <w:bodyDiv w:val="1"/>
      <w:marLeft w:val="0"/>
      <w:marRight w:val="0"/>
      <w:marTop w:val="0"/>
      <w:marBottom w:val="0"/>
      <w:divBdr>
        <w:top w:val="none" w:sz="0" w:space="0" w:color="auto"/>
        <w:left w:val="none" w:sz="0" w:space="0" w:color="auto"/>
        <w:bottom w:val="none" w:sz="0" w:space="0" w:color="auto"/>
        <w:right w:val="none" w:sz="0" w:space="0" w:color="auto"/>
      </w:divBdr>
      <w:divsChild>
        <w:div w:id="1383597440">
          <w:marLeft w:val="0"/>
          <w:marRight w:val="0"/>
          <w:marTop w:val="0"/>
          <w:marBottom w:val="0"/>
          <w:divBdr>
            <w:top w:val="none" w:sz="0" w:space="0" w:color="auto"/>
            <w:left w:val="none" w:sz="0" w:space="0" w:color="auto"/>
            <w:bottom w:val="none" w:sz="0" w:space="0" w:color="auto"/>
            <w:right w:val="none" w:sz="0" w:space="0" w:color="auto"/>
          </w:divBdr>
        </w:div>
      </w:divsChild>
    </w:div>
    <w:div w:id="279343302">
      <w:bodyDiv w:val="1"/>
      <w:marLeft w:val="0"/>
      <w:marRight w:val="0"/>
      <w:marTop w:val="0"/>
      <w:marBottom w:val="0"/>
      <w:divBdr>
        <w:top w:val="none" w:sz="0" w:space="0" w:color="auto"/>
        <w:left w:val="none" w:sz="0" w:space="0" w:color="auto"/>
        <w:bottom w:val="none" w:sz="0" w:space="0" w:color="auto"/>
        <w:right w:val="none" w:sz="0" w:space="0" w:color="auto"/>
      </w:divBdr>
      <w:divsChild>
        <w:div w:id="1497569391">
          <w:marLeft w:val="0"/>
          <w:marRight w:val="0"/>
          <w:marTop w:val="0"/>
          <w:marBottom w:val="0"/>
          <w:divBdr>
            <w:top w:val="none" w:sz="0" w:space="0" w:color="auto"/>
            <w:left w:val="none" w:sz="0" w:space="0" w:color="auto"/>
            <w:bottom w:val="none" w:sz="0" w:space="0" w:color="auto"/>
            <w:right w:val="none" w:sz="0" w:space="0" w:color="auto"/>
          </w:divBdr>
          <w:divsChild>
            <w:div w:id="135025775">
              <w:marLeft w:val="0"/>
              <w:marRight w:val="0"/>
              <w:marTop w:val="180"/>
              <w:marBottom w:val="240"/>
              <w:divBdr>
                <w:top w:val="none" w:sz="0" w:space="0" w:color="auto"/>
                <w:left w:val="none" w:sz="0" w:space="0" w:color="auto"/>
                <w:bottom w:val="none" w:sz="0" w:space="0" w:color="auto"/>
                <w:right w:val="none" w:sz="0" w:space="0" w:color="auto"/>
              </w:divBdr>
            </w:div>
          </w:divsChild>
        </w:div>
        <w:div w:id="1947032127">
          <w:marLeft w:val="0"/>
          <w:marRight w:val="0"/>
          <w:marTop w:val="0"/>
          <w:marBottom w:val="0"/>
          <w:divBdr>
            <w:top w:val="none" w:sz="0" w:space="0" w:color="auto"/>
            <w:left w:val="none" w:sz="0" w:space="0" w:color="auto"/>
            <w:bottom w:val="none" w:sz="0" w:space="0" w:color="auto"/>
            <w:right w:val="none" w:sz="0" w:space="0" w:color="auto"/>
          </w:divBdr>
        </w:div>
        <w:div w:id="1228226581">
          <w:marLeft w:val="0"/>
          <w:marRight w:val="0"/>
          <w:marTop w:val="0"/>
          <w:marBottom w:val="0"/>
          <w:divBdr>
            <w:top w:val="none" w:sz="0" w:space="0" w:color="auto"/>
            <w:left w:val="none" w:sz="0" w:space="0" w:color="auto"/>
            <w:bottom w:val="none" w:sz="0" w:space="0" w:color="auto"/>
            <w:right w:val="none" w:sz="0" w:space="0" w:color="auto"/>
          </w:divBdr>
          <w:divsChild>
            <w:div w:id="986595164">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327053933">
      <w:bodyDiv w:val="1"/>
      <w:marLeft w:val="0"/>
      <w:marRight w:val="0"/>
      <w:marTop w:val="0"/>
      <w:marBottom w:val="0"/>
      <w:divBdr>
        <w:top w:val="none" w:sz="0" w:space="0" w:color="auto"/>
        <w:left w:val="none" w:sz="0" w:space="0" w:color="auto"/>
        <w:bottom w:val="none" w:sz="0" w:space="0" w:color="auto"/>
        <w:right w:val="none" w:sz="0" w:space="0" w:color="auto"/>
      </w:divBdr>
      <w:divsChild>
        <w:div w:id="682899427">
          <w:marLeft w:val="0"/>
          <w:marRight w:val="0"/>
          <w:marTop w:val="0"/>
          <w:marBottom w:val="0"/>
          <w:divBdr>
            <w:top w:val="none" w:sz="0" w:space="0" w:color="auto"/>
            <w:left w:val="none" w:sz="0" w:space="0" w:color="auto"/>
            <w:bottom w:val="none" w:sz="0" w:space="0" w:color="auto"/>
            <w:right w:val="none" w:sz="0" w:space="0" w:color="auto"/>
          </w:divBdr>
        </w:div>
      </w:divsChild>
    </w:div>
    <w:div w:id="338240535">
      <w:bodyDiv w:val="1"/>
      <w:marLeft w:val="0"/>
      <w:marRight w:val="0"/>
      <w:marTop w:val="0"/>
      <w:marBottom w:val="0"/>
      <w:divBdr>
        <w:top w:val="none" w:sz="0" w:space="0" w:color="auto"/>
        <w:left w:val="none" w:sz="0" w:space="0" w:color="auto"/>
        <w:bottom w:val="none" w:sz="0" w:space="0" w:color="auto"/>
        <w:right w:val="none" w:sz="0" w:space="0" w:color="auto"/>
      </w:divBdr>
      <w:divsChild>
        <w:div w:id="400371709">
          <w:marLeft w:val="0"/>
          <w:marRight w:val="0"/>
          <w:marTop w:val="0"/>
          <w:marBottom w:val="0"/>
          <w:divBdr>
            <w:top w:val="none" w:sz="0" w:space="0" w:color="auto"/>
            <w:left w:val="none" w:sz="0" w:space="0" w:color="auto"/>
            <w:bottom w:val="none" w:sz="0" w:space="0" w:color="auto"/>
            <w:right w:val="none" w:sz="0" w:space="0" w:color="auto"/>
          </w:divBdr>
        </w:div>
      </w:divsChild>
    </w:div>
    <w:div w:id="372191356">
      <w:bodyDiv w:val="1"/>
      <w:marLeft w:val="0"/>
      <w:marRight w:val="0"/>
      <w:marTop w:val="0"/>
      <w:marBottom w:val="0"/>
      <w:divBdr>
        <w:top w:val="none" w:sz="0" w:space="0" w:color="auto"/>
        <w:left w:val="none" w:sz="0" w:space="0" w:color="auto"/>
        <w:bottom w:val="none" w:sz="0" w:space="0" w:color="auto"/>
        <w:right w:val="none" w:sz="0" w:space="0" w:color="auto"/>
      </w:divBdr>
      <w:divsChild>
        <w:div w:id="605425339">
          <w:marLeft w:val="0"/>
          <w:marRight w:val="0"/>
          <w:marTop w:val="0"/>
          <w:marBottom w:val="0"/>
          <w:divBdr>
            <w:top w:val="none" w:sz="0" w:space="0" w:color="auto"/>
            <w:left w:val="none" w:sz="0" w:space="0" w:color="auto"/>
            <w:bottom w:val="none" w:sz="0" w:space="0" w:color="auto"/>
            <w:right w:val="none" w:sz="0" w:space="0" w:color="auto"/>
          </w:divBdr>
        </w:div>
      </w:divsChild>
    </w:div>
    <w:div w:id="519973677">
      <w:bodyDiv w:val="1"/>
      <w:marLeft w:val="0"/>
      <w:marRight w:val="0"/>
      <w:marTop w:val="0"/>
      <w:marBottom w:val="0"/>
      <w:divBdr>
        <w:top w:val="none" w:sz="0" w:space="0" w:color="auto"/>
        <w:left w:val="none" w:sz="0" w:space="0" w:color="auto"/>
        <w:bottom w:val="none" w:sz="0" w:space="0" w:color="auto"/>
        <w:right w:val="none" w:sz="0" w:space="0" w:color="auto"/>
      </w:divBdr>
      <w:divsChild>
        <w:div w:id="1468356635">
          <w:marLeft w:val="0"/>
          <w:marRight w:val="0"/>
          <w:marTop w:val="0"/>
          <w:marBottom w:val="0"/>
          <w:divBdr>
            <w:top w:val="none" w:sz="0" w:space="0" w:color="auto"/>
            <w:left w:val="none" w:sz="0" w:space="0" w:color="auto"/>
            <w:bottom w:val="none" w:sz="0" w:space="0" w:color="auto"/>
            <w:right w:val="none" w:sz="0" w:space="0" w:color="auto"/>
          </w:divBdr>
        </w:div>
      </w:divsChild>
    </w:div>
    <w:div w:id="621963716">
      <w:bodyDiv w:val="1"/>
      <w:marLeft w:val="0"/>
      <w:marRight w:val="0"/>
      <w:marTop w:val="0"/>
      <w:marBottom w:val="0"/>
      <w:divBdr>
        <w:top w:val="none" w:sz="0" w:space="0" w:color="auto"/>
        <w:left w:val="none" w:sz="0" w:space="0" w:color="auto"/>
        <w:bottom w:val="none" w:sz="0" w:space="0" w:color="auto"/>
        <w:right w:val="none" w:sz="0" w:space="0" w:color="auto"/>
      </w:divBdr>
      <w:divsChild>
        <w:div w:id="1142383715">
          <w:marLeft w:val="0"/>
          <w:marRight w:val="0"/>
          <w:marTop w:val="0"/>
          <w:marBottom w:val="0"/>
          <w:divBdr>
            <w:top w:val="none" w:sz="0" w:space="0" w:color="auto"/>
            <w:left w:val="none" w:sz="0" w:space="0" w:color="auto"/>
            <w:bottom w:val="none" w:sz="0" w:space="0" w:color="auto"/>
            <w:right w:val="none" w:sz="0" w:space="0" w:color="auto"/>
          </w:divBdr>
          <w:divsChild>
            <w:div w:id="1865903871">
              <w:marLeft w:val="0"/>
              <w:marRight w:val="0"/>
              <w:marTop w:val="180"/>
              <w:marBottom w:val="240"/>
              <w:divBdr>
                <w:top w:val="none" w:sz="0" w:space="0" w:color="auto"/>
                <w:left w:val="none" w:sz="0" w:space="0" w:color="auto"/>
                <w:bottom w:val="none" w:sz="0" w:space="0" w:color="auto"/>
                <w:right w:val="none" w:sz="0" w:space="0" w:color="auto"/>
              </w:divBdr>
            </w:div>
          </w:divsChild>
        </w:div>
        <w:div w:id="1672027555">
          <w:marLeft w:val="0"/>
          <w:marRight w:val="0"/>
          <w:marTop w:val="0"/>
          <w:marBottom w:val="0"/>
          <w:divBdr>
            <w:top w:val="none" w:sz="0" w:space="0" w:color="auto"/>
            <w:left w:val="none" w:sz="0" w:space="0" w:color="auto"/>
            <w:bottom w:val="none" w:sz="0" w:space="0" w:color="auto"/>
            <w:right w:val="none" w:sz="0" w:space="0" w:color="auto"/>
          </w:divBdr>
        </w:div>
        <w:div w:id="1694382845">
          <w:marLeft w:val="0"/>
          <w:marRight w:val="0"/>
          <w:marTop w:val="0"/>
          <w:marBottom w:val="0"/>
          <w:divBdr>
            <w:top w:val="none" w:sz="0" w:space="0" w:color="auto"/>
            <w:left w:val="none" w:sz="0" w:space="0" w:color="auto"/>
            <w:bottom w:val="none" w:sz="0" w:space="0" w:color="auto"/>
            <w:right w:val="none" w:sz="0" w:space="0" w:color="auto"/>
          </w:divBdr>
          <w:divsChild>
            <w:div w:id="437868186">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671571325">
      <w:bodyDiv w:val="1"/>
      <w:marLeft w:val="0"/>
      <w:marRight w:val="0"/>
      <w:marTop w:val="0"/>
      <w:marBottom w:val="0"/>
      <w:divBdr>
        <w:top w:val="none" w:sz="0" w:space="0" w:color="auto"/>
        <w:left w:val="none" w:sz="0" w:space="0" w:color="auto"/>
        <w:bottom w:val="none" w:sz="0" w:space="0" w:color="auto"/>
        <w:right w:val="none" w:sz="0" w:space="0" w:color="auto"/>
      </w:divBdr>
      <w:divsChild>
        <w:div w:id="2116362400">
          <w:marLeft w:val="0"/>
          <w:marRight w:val="0"/>
          <w:marTop w:val="0"/>
          <w:marBottom w:val="0"/>
          <w:divBdr>
            <w:top w:val="none" w:sz="0" w:space="0" w:color="auto"/>
            <w:left w:val="none" w:sz="0" w:space="0" w:color="auto"/>
            <w:bottom w:val="none" w:sz="0" w:space="0" w:color="auto"/>
            <w:right w:val="none" w:sz="0" w:space="0" w:color="auto"/>
          </w:divBdr>
        </w:div>
      </w:divsChild>
    </w:div>
    <w:div w:id="742872136">
      <w:bodyDiv w:val="1"/>
      <w:marLeft w:val="0"/>
      <w:marRight w:val="0"/>
      <w:marTop w:val="0"/>
      <w:marBottom w:val="0"/>
      <w:divBdr>
        <w:top w:val="none" w:sz="0" w:space="0" w:color="auto"/>
        <w:left w:val="none" w:sz="0" w:space="0" w:color="auto"/>
        <w:bottom w:val="none" w:sz="0" w:space="0" w:color="auto"/>
        <w:right w:val="none" w:sz="0" w:space="0" w:color="auto"/>
      </w:divBdr>
    </w:div>
    <w:div w:id="775370021">
      <w:bodyDiv w:val="1"/>
      <w:marLeft w:val="0"/>
      <w:marRight w:val="0"/>
      <w:marTop w:val="0"/>
      <w:marBottom w:val="0"/>
      <w:divBdr>
        <w:top w:val="none" w:sz="0" w:space="0" w:color="auto"/>
        <w:left w:val="none" w:sz="0" w:space="0" w:color="auto"/>
        <w:bottom w:val="none" w:sz="0" w:space="0" w:color="auto"/>
        <w:right w:val="none" w:sz="0" w:space="0" w:color="auto"/>
      </w:divBdr>
      <w:divsChild>
        <w:div w:id="332300034">
          <w:marLeft w:val="0"/>
          <w:marRight w:val="0"/>
          <w:marTop w:val="0"/>
          <w:marBottom w:val="0"/>
          <w:divBdr>
            <w:top w:val="none" w:sz="0" w:space="0" w:color="auto"/>
            <w:left w:val="none" w:sz="0" w:space="0" w:color="auto"/>
            <w:bottom w:val="none" w:sz="0" w:space="0" w:color="auto"/>
            <w:right w:val="none" w:sz="0" w:space="0" w:color="auto"/>
          </w:divBdr>
        </w:div>
      </w:divsChild>
    </w:div>
    <w:div w:id="798954680">
      <w:bodyDiv w:val="1"/>
      <w:marLeft w:val="0"/>
      <w:marRight w:val="0"/>
      <w:marTop w:val="0"/>
      <w:marBottom w:val="0"/>
      <w:divBdr>
        <w:top w:val="none" w:sz="0" w:space="0" w:color="auto"/>
        <w:left w:val="none" w:sz="0" w:space="0" w:color="auto"/>
        <w:bottom w:val="none" w:sz="0" w:space="0" w:color="auto"/>
        <w:right w:val="none" w:sz="0" w:space="0" w:color="auto"/>
      </w:divBdr>
      <w:divsChild>
        <w:div w:id="1434550195">
          <w:marLeft w:val="0"/>
          <w:marRight w:val="0"/>
          <w:marTop w:val="0"/>
          <w:marBottom w:val="0"/>
          <w:divBdr>
            <w:top w:val="none" w:sz="0" w:space="0" w:color="auto"/>
            <w:left w:val="none" w:sz="0" w:space="0" w:color="auto"/>
            <w:bottom w:val="none" w:sz="0" w:space="0" w:color="auto"/>
            <w:right w:val="none" w:sz="0" w:space="0" w:color="auto"/>
          </w:divBdr>
          <w:divsChild>
            <w:div w:id="1018199351">
              <w:marLeft w:val="0"/>
              <w:marRight w:val="0"/>
              <w:marTop w:val="0"/>
              <w:marBottom w:val="0"/>
              <w:divBdr>
                <w:top w:val="none" w:sz="0" w:space="0" w:color="auto"/>
                <w:left w:val="none" w:sz="0" w:space="0" w:color="auto"/>
                <w:bottom w:val="none" w:sz="0" w:space="0" w:color="auto"/>
                <w:right w:val="none" w:sz="0" w:space="0" w:color="auto"/>
              </w:divBdr>
              <w:divsChild>
                <w:div w:id="1451435386">
                  <w:marLeft w:val="0"/>
                  <w:marRight w:val="0"/>
                  <w:marTop w:val="0"/>
                  <w:marBottom w:val="0"/>
                  <w:divBdr>
                    <w:top w:val="none" w:sz="0" w:space="0" w:color="auto"/>
                    <w:left w:val="none" w:sz="0" w:space="0" w:color="auto"/>
                    <w:bottom w:val="none" w:sz="0" w:space="0" w:color="auto"/>
                    <w:right w:val="none" w:sz="0" w:space="0" w:color="auto"/>
                  </w:divBdr>
                  <w:divsChild>
                    <w:div w:id="31302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382800">
      <w:bodyDiv w:val="1"/>
      <w:marLeft w:val="0"/>
      <w:marRight w:val="0"/>
      <w:marTop w:val="0"/>
      <w:marBottom w:val="0"/>
      <w:divBdr>
        <w:top w:val="none" w:sz="0" w:space="0" w:color="auto"/>
        <w:left w:val="none" w:sz="0" w:space="0" w:color="auto"/>
        <w:bottom w:val="none" w:sz="0" w:space="0" w:color="auto"/>
        <w:right w:val="none" w:sz="0" w:space="0" w:color="auto"/>
      </w:divBdr>
      <w:divsChild>
        <w:div w:id="1437948625">
          <w:marLeft w:val="0"/>
          <w:marRight w:val="0"/>
          <w:marTop w:val="0"/>
          <w:marBottom w:val="0"/>
          <w:divBdr>
            <w:top w:val="none" w:sz="0" w:space="0" w:color="auto"/>
            <w:left w:val="none" w:sz="0" w:space="0" w:color="auto"/>
            <w:bottom w:val="none" w:sz="0" w:space="0" w:color="auto"/>
            <w:right w:val="none" w:sz="0" w:space="0" w:color="auto"/>
          </w:divBdr>
        </w:div>
      </w:divsChild>
    </w:div>
    <w:div w:id="842088658">
      <w:bodyDiv w:val="1"/>
      <w:marLeft w:val="0"/>
      <w:marRight w:val="0"/>
      <w:marTop w:val="0"/>
      <w:marBottom w:val="0"/>
      <w:divBdr>
        <w:top w:val="none" w:sz="0" w:space="0" w:color="auto"/>
        <w:left w:val="none" w:sz="0" w:space="0" w:color="auto"/>
        <w:bottom w:val="none" w:sz="0" w:space="0" w:color="auto"/>
        <w:right w:val="none" w:sz="0" w:space="0" w:color="auto"/>
      </w:divBdr>
    </w:div>
    <w:div w:id="842206272">
      <w:bodyDiv w:val="1"/>
      <w:marLeft w:val="0"/>
      <w:marRight w:val="0"/>
      <w:marTop w:val="0"/>
      <w:marBottom w:val="0"/>
      <w:divBdr>
        <w:top w:val="none" w:sz="0" w:space="0" w:color="auto"/>
        <w:left w:val="none" w:sz="0" w:space="0" w:color="auto"/>
        <w:bottom w:val="none" w:sz="0" w:space="0" w:color="auto"/>
        <w:right w:val="none" w:sz="0" w:space="0" w:color="auto"/>
      </w:divBdr>
      <w:divsChild>
        <w:div w:id="1624651214">
          <w:marLeft w:val="0"/>
          <w:marRight w:val="0"/>
          <w:marTop w:val="0"/>
          <w:marBottom w:val="0"/>
          <w:divBdr>
            <w:top w:val="none" w:sz="0" w:space="0" w:color="auto"/>
            <w:left w:val="none" w:sz="0" w:space="0" w:color="auto"/>
            <w:bottom w:val="none" w:sz="0" w:space="0" w:color="auto"/>
            <w:right w:val="none" w:sz="0" w:space="0" w:color="auto"/>
          </w:divBdr>
        </w:div>
      </w:divsChild>
    </w:div>
    <w:div w:id="864249207">
      <w:bodyDiv w:val="1"/>
      <w:marLeft w:val="0"/>
      <w:marRight w:val="0"/>
      <w:marTop w:val="0"/>
      <w:marBottom w:val="0"/>
      <w:divBdr>
        <w:top w:val="none" w:sz="0" w:space="0" w:color="auto"/>
        <w:left w:val="none" w:sz="0" w:space="0" w:color="auto"/>
        <w:bottom w:val="none" w:sz="0" w:space="0" w:color="auto"/>
        <w:right w:val="none" w:sz="0" w:space="0" w:color="auto"/>
      </w:divBdr>
    </w:div>
    <w:div w:id="1020157937">
      <w:bodyDiv w:val="1"/>
      <w:marLeft w:val="0"/>
      <w:marRight w:val="0"/>
      <w:marTop w:val="0"/>
      <w:marBottom w:val="0"/>
      <w:divBdr>
        <w:top w:val="none" w:sz="0" w:space="0" w:color="auto"/>
        <w:left w:val="none" w:sz="0" w:space="0" w:color="auto"/>
        <w:bottom w:val="none" w:sz="0" w:space="0" w:color="auto"/>
        <w:right w:val="none" w:sz="0" w:space="0" w:color="auto"/>
      </w:divBdr>
    </w:div>
    <w:div w:id="1178420905">
      <w:bodyDiv w:val="1"/>
      <w:marLeft w:val="0"/>
      <w:marRight w:val="0"/>
      <w:marTop w:val="0"/>
      <w:marBottom w:val="0"/>
      <w:divBdr>
        <w:top w:val="none" w:sz="0" w:space="0" w:color="auto"/>
        <w:left w:val="none" w:sz="0" w:space="0" w:color="auto"/>
        <w:bottom w:val="none" w:sz="0" w:space="0" w:color="auto"/>
        <w:right w:val="none" w:sz="0" w:space="0" w:color="auto"/>
      </w:divBdr>
    </w:div>
    <w:div w:id="1359355649">
      <w:bodyDiv w:val="1"/>
      <w:marLeft w:val="0"/>
      <w:marRight w:val="0"/>
      <w:marTop w:val="0"/>
      <w:marBottom w:val="0"/>
      <w:divBdr>
        <w:top w:val="none" w:sz="0" w:space="0" w:color="auto"/>
        <w:left w:val="none" w:sz="0" w:space="0" w:color="auto"/>
        <w:bottom w:val="none" w:sz="0" w:space="0" w:color="auto"/>
        <w:right w:val="none" w:sz="0" w:space="0" w:color="auto"/>
      </w:divBdr>
      <w:divsChild>
        <w:div w:id="1492670592">
          <w:marLeft w:val="0"/>
          <w:marRight w:val="0"/>
          <w:marTop w:val="0"/>
          <w:marBottom w:val="0"/>
          <w:divBdr>
            <w:top w:val="none" w:sz="0" w:space="0" w:color="auto"/>
            <w:left w:val="none" w:sz="0" w:space="0" w:color="auto"/>
            <w:bottom w:val="none" w:sz="0" w:space="0" w:color="auto"/>
            <w:right w:val="none" w:sz="0" w:space="0" w:color="auto"/>
          </w:divBdr>
        </w:div>
      </w:divsChild>
    </w:div>
    <w:div w:id="1376810170">
      <w:bodyDiv w:val="1"/>
      <w:marLeft w:val="0"/>
      <w:marRight w:val="0"/>
      <w:marTop w:val="0"/>
      <w:marBottom w:val="0"/>
      <w:divBdr>
        <w:top w:val="none" w:sz="0" w:space="0" w:color="auto"/>
        <w:left w:val="none" w:sz="0" w:space="0" w:color="auto"/>
        <w:bottom w:val="none" w:sz="0" w:space="0" w:color="auto"/>
        <w:right w:val="none" w:sz="0" w:space="0" w:color="auto"/>
      </w:divBdr>
    </w:div>
    <w:div w:id="1411389833">
      <w:bodyDiv w:val="1"/>
      <w:marLeft w:val="0"/>
      <w:marRight w:val="0"/>
      <w:marTop w:val="0"/>
      <w:marBottom w:val="0"/>
      <w:divBdr>
        <w:top w:val="none" w:sz="0" w:space="0" w:color="auto"/>
        <w:left w:val="none" w:sz="0" w:space="0" w:color="auto"/>
        <w:bottom w:val="none" w:sz="0" w:space="0" w:color="auto"/>
        <w:right w:val="none" w:sz="0" w:space="0" w:color="auto"/>
      </w:divBdr>
    </w:div>
    <w:div w:id="1544248873">
      <w:bodyDiv w:val="1"/>
      <w:marLeft w:val="0"/>
      <w:marRight w:val="0"/>
      <w:marTop w:val="0"/>
      <w:marBottom w:val="0"/>
      <w:divBdr>
        <w:top w:val="none" w:sz="0" w:space="0" w:color="auto"/>
        <w:left w:val="none" w:sz="0" w:space="0" w:color="auto"/>
        <w:bottom w:val="none" w:sz="0" w:space="0" w:color="auto"/>
        <w:right w:val="none" w:sz="0" w:space="0" w:color="auto"/>
      </w:divBdr>
      <w:divsChild>
        <w:div w:id="1759983302">
          <w:marLeft w:val="0"/>
          <w:marRight w:val="0"/>
          <w:marTop w:val="0"/>
          <w:marBottom w:val="0"/>
          <w:divBdr>
            <w:top w:val="none" w:sz="0" w:space="0" w:color="auto"/>
            <w:left w:val="none" w:sz="0" w:space="0" w:color="auto"/>
            <w:bottom w:val="none" w:sz="0" w:space="0" w:color="auto"/>
            <w:right w:val="none" w:sz="0" w:space="0" w:color="auto"/>
          </w:divBdr>
        </w:div>
      </w:divsChild>
    </w:div>
    <w:div w:id="1607887573">
      <w:bodyDiv w:val="1"/>
      <w:marLeft w:val="0"/>
      <w:marRight w:val="0"/>
      <w:marTop w:val="0"/>
      <w:marBottom w:val="0"/>
      <w:divBdr>
        <w:top w:val="none" w:sz="0" w:space="0" w:color="auto"/>
        <w:left w:val="none" w:sz="0" w:space="0" w:color="auto"/>
        <w:bottom w:val="none" w:sz="0" w:space="0" w:color="auto"/>
        <w:right w:val="none" w:sz="0" w:space="0" w:color="auto"/>
      </w:divBdr>
    </w:div>
    <w:div w:id="1723215069">
      <w:bodyDiv w:val="1"/>
      <w:marLeft w:val="0"/>
      <w:marRight w:val="0"/>
      <w:marTop w:val="0"/>
      <w:marBottom w:val="0"/>
      <w:divBdr>
        <w:top w:val="none" w:sz="0" w:space="0" w:color="auto"/>
        <w:left w:val="none" w:sz="0" w:space="0" w:color="auto"/>
        <w:bottom w:val="none" w:sz="0" w:space="0" w:color="auto"/>
        <w:right w:val="none" w:sz="0" w:space="0" w:color="auto"/>
      </w:divBdr>
      <w:divsChild>
        <w:div w:id="258489027">
          <w:marLeft w:val="0"/>
          <w:marRight w:val="0"/>
          <w:marTop w:val="0"/>
          <w:marBottom w:val="0"/>
          <w:divBdr>
            <w:top w:val="none" w:sz="0" w:space="0" w:color="auto"/>
            <w:left w:val="none" w:sz="0" w:space="0" w:color="auto"/>
            <w:bottom w:val="none" w:sz="0" w:space="0" w:color="auto"/>
            <w:right w:val="none" w:sz="0" w:space="0" w:color="auto"/>
          </w:divBdr>
        </w:div>
      </w:divsChild>
    </w:div>
    <w:div w:id="1724211598">
      <w:bodyDiv w:val="1"/>
      <w:marLeft w:val="0"/>
      <w:marRight w:val="0"/>
      <w:marTop w:val="0"/>
      <w:marBottom w:val="0"/>
      <w:divBdr>
        <w:top w:val="none" w:sz="0" w:space="0" w:color="auto"/>
        <w:left w:val="none" w:sz="0" w:space="0" w:color="auto"/>
        <w:bottom w:val="none" w:sz="0" w:space="0" w:color="auto"/>
        <w:right w:val="none" w:sz="0" w:space="0" w:color="auto"/>
      </w:divBdr>
      <w:divsChild>
        <w:div w:id="2064325523">
          <w:marLeft w:val="0"/>
          <w:marRight w:val="0"/>
          <w:marTop w:val="0"/>
          <w:marBottom w:val="0"/>
          <w:divBdr>
            <w:top w:val="none" w:sz="0" w:space="0" w:color="auto"/>
            <w:left w:val="none" w:sz="0" w:space="0" w:color="auto"/>
            <w:bottom w:val="none" w:sz="0" w:space="0" w:color="auto"/>
            <w:right w:val="none" w:sz="0" w:space="0" w:color="auto"/>
          </w:divBdr>
        </w:div>
      </w:divsChild>
    </w:div>
    <w:div w:id="1728526471">
      <w:bodyDiv w:val="1"/>
      <w:marLeft w:val="0"/>
      <w:marRight w:val="0"/>
      <w:marTop w:val="0"/>
      <w:marBottom w:val="0"/>
      <w:divBdr>
        <w:top w:val="none" w:sz="0" w:space="0" w:color="auto"/>
        <w:left w:val="none" w:sz="0" w:space="0" w:color="auto"/>
        <w:bottom w:val="none" w:sz="0" w:space="0" w:color="auto"/>
        <w:right w:val="none" w:sz="0" w:space="0" w:color="auto"/>
      </w:divBdr>
    </w:div>
    <w:div w:id="1769931816">
      <w:bodyDiv w:val="1"/>
      <w:marLeft w:val="0"/>
      <w:marRight w:val="0"/>
      <w:marTop w:val="0"/>
      <w:marBottom w:val="0"/>
      <w:divBdr>
        <w:top w:val="none" w:sz="0" w:space="0" w:color="auto"/>
        <w:left w:val="none" w:sz="0" w:space="0" w:color="auto"/>
        <w:bottom w:val="none" w:sz="0" w:space="0" w:color="auto"/>
        <w:right w:val="none" w:sz="0" w:space="0" w:color="auto"/>
      </w:divBdr>
    </w:div>
    <w:div w:id="1843161949">
      <w:bodyDiv w:val="1"/>
      <w:marLeft w:val="0"/>
      <w:marRight w:val="0"/>
      <w:marTop w:val="0"/>
      <w:marBottom w:val="0"/>
      <w:divBdr>
        <w:top w:val="none" w:sz="0" w:space="0" w:color="auto"/>
        <w:left w:val="none" w:sz="0" w:space="0" w:color="auto"/>
        <w:bottom w:val="none" w:sz="0" w:space="0" w:color="auto"/>
        <w:right w:val="none" w:sz="0" w:space="0" w:color="auto"/>
      </w:divBdr>
    </w:div>
    <w:div w:id="1910731920">
      <w:bodyDiv w:val="1"/>
      <w:marLeft w:val="0"/>
      <w:marRight w:val="0"/>
      <w:marTop w:val="0"/>
      <w:marBottom w:val="0"/>
      <w:divBdr>
        <w:top w:val="none" w:sz="0" w:space="0" w:color="auto"/>
        <w:left w:val="none" w:sz="0" w:space="0" w:color="auto"/>
        <w:bottom w:val="none" w:sz="0" w:space="0" w:color="auto"/>
        <w:right w:val="none" w:sz="0" w:space="0" w:color="auto"/>
      </w:divBdr>
      <w:divsChild>
        <w:div w:id="286619442">
          <w:marLeft w:val="0"/>
          <w:marRight w:val="0"/>
          <w:marTop w:val="0"/>
          <w:marBottom w:val="0"/>
          <w:divBdr>
            <w:top w:val="none" w:sz="0" w:space="0" w:color="auto"/>
            <w:left w:val="none" w:sz="0" w:space="0" w:color="auto"/>
            <w:bottom w:val="none" w:sz="0" w:space="0" w:color="auto"/>
            <w:right w:val="none" w:sz="0" w:space="0" w:color="auto"/>
          </w:divBdr>
        </w:div>
      </w:divsChild>
    </w:div>
    <w:div w:id="1911303877">
      <w:bodyDiv w:val="1"/>
      <w:marLeft w:val="0"/>
      <w:marRight w:val="0"/>
      <w:marTop w:val="0"/>
      <w:marBottom w:val="0"/>
      <w:divBdr>
        <w:top w:val="none" w:sz="0" w:space="0" w:color="auto"/>
        <w:left w:val="none" w:sz="0" w:space="0" w:color="auto"/>
        <w:bottom w:val="none" w:sz="0" w:space="0" w:color="auto"/>
        <w:right w:val="none" w:sz="0" w:space="0" w:color="auto"/>
      </w:divBdr>
      <w:divsChild>
        <w:div w:id="481506531">
          <w:marLeft w:val="0"/>
          <w:marRight w:val="0"/>
          <w:marTop w:val="0"/>
          <w:marBottom w:val="0"/>
          <w:divBdr>
            <w:top w:val="none" w:sz="0" w:space="0" w:color="auto"/>
            <w:left w:val="none" w:sz="0" w:space="0" w:color="auto"/>
            <w:bottom w:val="none" w:sz="0" w:space="0" w:color="auto"/>
            <w:right w:val="none" w:sz="0" w:space="0" w:color="auto"/>
          </w:divBdr>
        </w:div>
      </w:divsChild>
    </w:div>
    <w:div w:id="1949508903">
      <w:bodyDiv w:val="1"/>
      <w:marLeft w:val="0"/>
      <w:marRight w:val="0"/>
      <w:marTop w:val="0"/>
      <w:marBottom w:val="0"/>
      <w:divBdr>
        <w:top w:val="none" w:sz="0" w:space="0" w:color="auto"/>
        <w:left w:val="none" w:sz="0" w:space="0" w:color="auto"/>
        <w:bottom w:val="none" w:sz="0" w:space="0" w:color="auto"/>
        <w:right w:val="none" w:sz="0" w:space="0" w:color="auto"/>
      </w:divBdr>
      <w:divsChild>
        <w:div w:id="1486167642">
          <w:marLeft w:val="0"/>
          <w:marRight w:val="0"/>
          <w:marTop w:val="0"/>
          <w:marBottom w:val="0"/>
          <w:divBdr>
            <w:top w:val="none" w:sz="0" w:space="0" w:color="auto"/>
            <w:left w:val="none" w:sz="0" w:space="0" w:color="auto"/>
            <w:bottom w:val="none" w:sz="0" w:space="0" w:color="auto"/>
            <w:right w:val="none" w:sz="0" w:space="0" w:color="auto"/>
          </w:divBdr>
          <w:divsChild>
            <w:div w:id="121577440">
              <w:marLeft w:val="0"/>
              <w:marRight w:val="0"/>
              <w:marTop w:val="0"/>
              <w:marBottom w:val="0"/>
              <w:divBdr>
                <w:top w:val="none" w:sz="0" w:space="0" w:color="auto"/>
                <w:left w:val="none" w:sz="0" w:space="0" w:color="auto"/>
                <w:bottom w:val="none" w:sz="0" w:space="0" w:color="auto"/>
                <w:right w:val="none" w:sz="0" w:space="0" w:color="auto"/>
              </w:divBdr>
              <w:divsChild>
                <w:div w:id="1800031044">
                  <w:marLeft w:val="0"/>
                  <w:marRight w:val="0"/>
                  <w:marTop w:val="0"/>
                  <w:marBottom w:val="0"/>
                  <w:divBdr>
                    <w:top w:val="none" w:sz="0" w:space="0" w:color="auto"/>
                    <w:left w:val="none" w:sz="0" w:space="0" w:color="auto"/>
                    <w:bottom w:val="none" w:sz="0" w:space="0" w:color="auto"/>
                    <w:right w:val="none" w:sz="0" w:space="0" w:color="auto"/>
                  </w:divBdr>
                  <w:divsChild>
                    <w:div w:id="174661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950669">
      <w:bodyDiv w:val="1"/>
      <w:marLeft w:val="0"/>
      <w:marRight w:val="0"/>
      <w:marTop w:val="0"/>
      <w:marBottom w:val="0"/>
      <w:divBdr>
        <w:top w:val="none" w:sz="0" w:space="0" w:color="auto"/>
        <w:left w:val="none" w:sz="0" w:space="0" w:color="auto"/>
        <w:bottom w:val="none" w:sz="0" w:space="0" w:color="auto"/>
        <w:right w:val="none" w:sz="0" w:space="0" w:color="auto"/>
      </w:divBdr>
      <w:divsChild>
        <w:div w:id="284313601">
          <w:marLeft w:val="0"/>
          <w:marRight w:val="0"/>
          <w:marTop w:val="0"/>
          <w:marBottom w:val="0"/>
          <w:divBdr>
            <w:top w:val="none" w:sz="0" w:space="0" w:color="auto"/>
            <w:left w:val="none" w:sz="0" w:space="0" w:color="auto"/>
            <w:bottom w:val="none" w:sz="0" w:space="0" w:color="auto"/>
            <w:right w:val="none" w:sz="0" w:space="0" w:color="auto"/>
          </w:divBdr>
        </w:div>
      </w:divsChild>
    </w:div>
    <w:div w:id="1999990886">
      <w:bodyDiv w:val="1"/>
      <w:marLeft w:val="0"/>
      <w:marRight w:val="0"/>
      <w:marTop w:val="0"/>
      <w:marBottom w:val="0"/>
      <w:divBdr>
        <w:top w:val="none" w:sz="0" w:space="0" w:color="auto"/>
        <w:left w:val="none" w:sz="0" w:space="0" w:color="auto"/>
        <w:bottom w:val="none" w:sz="0" w:space="0" w:color="auto"/>
        <w:right w:val="none" w:sz="0" w:space="0" w:color="auto"/>
      </w:divBdr>
    </w:div>
    <w:div w:id="2004890453">
      <w:bodyDiv w:val="1"/>
      <w:marLeft w:val="0"/>
      <w:marRight w:val="0"/>
      <w:marTop w:val="0"/>
      <w:marBottom w:val="0"/>
      <w:divBdr>
        <w:top w:val="none" w:sz="0" w:space="0" w:color="auto"/>
        <w:left w:val="none" w:sz="0" w:space="0" w:color="auto"/>
        <w:bottom w:val="none" w:sz="0" w:space="0" w:color="auto"/>
        <w:right w:val="none" w:sz="0" w:space="0" w:color="auto"/>
      </w:divBdr>
      <w:divsChild>
        <w:div w:id="1846822997">
          <w:marLeft w:val="0"/>
          <w:marRight w:val="0"/>
          <w:marTop w:val="0"/>
          <w:marBottom w:val="0"/>
          <w:divBdr>
            <w:top w:val="none" w:sz="0" w:space="0" w:color="auto"/>
            <w:left w:val="none" w:sz="0" w:space="0" w:color="auto"/>
            <w:bottom w:val="none" w:sz="0" w:space="0" w:color="auto"/>
            <w:right w:val="none" w:sz="0" w:space="0" w:color="auto"/>
          </w:divBdr>
        </w:div>
      </w:divsChild>
    </w:div>
    <w:div w:id="20149191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oottonmedicalcentre.co.uk/" TargetMode="External"/><Relationship Id="rId18" Type="http://schemas.openxmlformats.org/officeDocument/2006/relationships/hyperlink" Target="http://www.nationaldahelpline.org.uk" TargetMode="External"/><Relationship Id="rId26" Type="http://schemas.openxmlformats.org/officeDocument/2006/relationships/hyperlink" Target="https://ukhsa.blog.gov.uk/2026/03/18/meningitis-b-outbreak-what-you-need-to-know/" TargetMode="External"/><Relationship Id="rId3" Type="http://schemas.openxmlformats.org/officeDocument/2006/relationships/customXml" Target="../customXml/item3.xml"/><Relationship Id="rId21" Type="http://schemas.openxmlformats.org/officeDocument/2006/relationships/hyperlink" Target="https://woottonmedicalcentre.co.uk/" TargetMode="External"/><Relationship Id="rId7" Type="http://schemas.openxmlformats.org/officeDocument/2006/relationships/settings" Target="settings.xml"/><Relationship Id="rId12" Type="http://schemas.openxmlformats.org/officeDocument/2006/relationships/hyperlink" Target="mailto:wootton.medicalcentre@nhs.net" TargetMode="External"/><Relationship Id="rId17" Type="http://schemas.openxmlformats.org/officeDocument/2006/relationships/hyperlink" Target="https://www.ndas.co/" TargetMode="External"/><Relationship Id="rId25" Type="http://schemas.openxmlformats.org/officeDocument/2006/relationships/hyperlink" Target="https://www.nhs.uk/vaccinations/why-vaccination-is-important-and-the-safest-way-to-protect-yourself/" TargetMode="External"/><Relationship Id="rId2" Type="http://schemas.openxmlformats.org/officeDocument/2006/relationships/customXml" Target="../customXml/item2.xml"/><Relationship Id="rId16" Type="http://schemas.openxmlformats.org/officeDocument/2006/relationships/hyperlink" Target="https://www.gov.uk/government/news/heat-travel-and-late-nights-how-summer-can-affect-your-medicines-and-how-to-stay-safe" TargetMode="External"/><Relationship Id="rId20" Type="http://schemas.openxmlformats.org/officeDocument/2006/relationships/hyperlink" Target="https://www.northants.police.uk/advice/advice-and-information/daa/domestic-abuse/support-organisation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gland.nhs.uk/primary-care/pharmacy/pharmacy-services/pharmacy-first/" TargetMode="External"/><Relationship Id="rId24" Type="http://schemas.openxmlformats.org/officeDocument/2006/relationships/hyperlink" Target="https://www.nhs.uk/nhs-services/gps/how-to-register-with-a-gp-surgery/" TargetMode="External"/><Relationship Id="rId5" Type="http://schemas.openxmlformats.org/officeDocument/2006/relationships/numbering" Target="numbering.xml"/><Relationship Id="rId15" Type="http://schemas.openxmlformats.org/officeDocument/2006/relationships/hyperlink" Target="mailto:woottonpatientgroup@gmail.com" TargetMode="External"/><Relationship Id="rId23" Type="http://schemas.openxmlformats.org/officeDocument/2006/relationships/hyperlink" Target="https://www.gov.uk/government/collections/respiratory-syncytial-virus-rsv-vaccination-programme" TargetMode="External"/><Relationship Id="rId28" Type="http://schemas.openxmlformats.org/officeDocument/2006/relationships/hyperlink" Target="https://eur01.safelinks.protection.outlook.com/?url=https%3A%2F%2Fwww.nhs.uk%2Fnhs-services%2Fvaccination-and-booking-services%2Ffind-a-pharmacy-that-offers-walkin-menb-vaccinations-for-young-people%2F&amp;data=05%7C02%7CAbi.Silvester%40ukhsa.gov.uk%7C5d821620e9ab4995e6e308dedeaaa220%7Cee4e14994a354b2ead475f3cf9de8666%7C0%7C0%7C639193021621836132%7CUnknown%7CTWFpbGZsb3d8eyJFbXB0eU1hcGkiOnRydWUsIlYiOiIwLjAuMDAwMCIsIlAiOiJXaW4zMiIsIkFOIjoiTWFpbCIsIldUIjoyfQ%3D%3D%7C0%7C%7C%7C&amp;sdata=TVnV6N40Xy52XsOi8ab8zDvSplSkHa%2FEntD7A%2FxS0Ww%3D&amp;reserved=0" TargetMode="External"/><Relationship Id="rId10" Type="http://schemas.openxmlformats.org/officeDocument/2006/relationships/endnotes" Target="endnotes.xml"/><Relationship Id="rId19" Type="http://schemas.openxmlformats.org/officeDocument/2006/relationships/hyperlink" Target="https://www.westnorthants.gov.uk/personal-safety-and-community-support/domestic-abuse/help-and-support-victims-domestic-abuse"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oottonpatientgroup@gmail.com" TargetMode="External"/><Relationship Id="rId22" Type="http://schemas.openxmlformats.org/officeDocument/2006/relationships/hyperlink" Target="https://assets.publishing.service.gov.uk/media/6a2015a4730aece621f09866/Green_Book_RSV_20260603.pdf" TargetMode="External"/><Relationship Id="rId27" Type="http://schemas.openxmlformats.org/officeDocument/2006/relationships/hyperlink" Target="http://www.nhs.uk/book-menb"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1f2f9ee-a915-4097-b5bc-c16f7e75d42e">
      <Terms xmlns="http://schemas.microsoft.com/office/infopath/2007/PartnerControls"/>
    </lcf76f155ced4ddcb4097134ff3c332f>
    <TaxCatchAll xmlns="5830566c-5530-4cd1-aa3e-3d53a1ffd281" xsi:nil="true"/>
    <TaxKeywordTaxHTField xmlns="5830566c-5530-4cd1-aa3e-3d53a1ffd281"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C7B0B5BA75B9E489C6769075405A488" ma:contentTypeVersion="17" ma:contentTypeDescription="Create a new document." ma:contentTypeScope="" ma:versionID="99c7b540aea98b04fa26c438c7dfaa03">
  <xsd:schema xmlns:xsd="http://www.w3.org/2001/XMLSchema" xmlns:xs="http://www.w3.org/2001/XMLSchema" xmlns:p="http://schemas.microsoft.com/office/2006/metadata/properties" xmlns:ns1="http://schemas.microsoft.com/sharepoint/v3" xmlns:ns2="c1f2f9ee-a915-4097-b5bc-c16f7e75d42e" xmlns:ns3="5830566c-5530-4cd1-aa3e-3d53a1ffd281" xmlns:ns4="a785ad58-1d57-4f8a-aa71-77170459bd0d" targetNamespace="http://schemas.microsoft.com/office/2006/metadata/properties" ma:root="true" ma:fieldsID="edb987c0b28c1057e4e1d2c1498a0f77" ns1:_="" ns2:_="" ns3:_="" ns4:_="">
    <xsd:import namespace="http://schemas.microsoft.com/sharepoint/v3"/>
    <xsd:import namespace="c1f2f9ee-a915-4097-b5bc-c16f7e75d42e"/>
    <xsd:import namespace="5830566c-5530-4cd1-aa3e-3d53a1ffd281"/>
    <xsd:import namespace="a785ad58-1d57-4f8a-aa71-77170459bd0d"/>
    <xsd:element name="properties">
      <xsd:complexType>
        <xsd:sequence>
          <xsd:element name="documentManagement">
            <xsd:complexType>
              <xsd:all>
                <xsd:element ref="ns3:TaxKeywordTaxHTField" minOccurs="0"/>
                <xsd:element ref="ns3:TaxCatchAll" minOccurs="0"/>
                <xsd:element ref="ns4:SharedWithUsers" minOccurs="0"/>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f2f9ee-a915-4097-b5bc-c16f7e75d42e"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30566c-5530-4cd1-aa3e-3d53a1ffd281" elementFormDefault="qualified">
    <xsd:import namespace="http://schemas.microsoft.com/office/2006/documentManagement/types"/>
    <xsd:import namespace="http://schemas.microsoft.com/office/infopath/2007/PartnerControls"/>
    <xsd:element name="TaxKeywordTaxHTField" ma:index="9" nillable="true" ma:displayName="TaxKeywordTaxHTField" ma:hidden="true" ma:internalName="TaxKeywordTaxHTField">
      <xsd:simpleType>
        <xsd:restriction base="dms:Note"/>
      </xsd:simpleType>
    </xsd:element>
    <xsd:element name="TaxCatchAll" ma:index="10" nillable="true" ma:displayName="Taxonomy Catch All Column" ma:hidden="true" ma:list="{357b1097-fe7f-43c1-ace2-2945175ff3e3}" ma:internalName="TaxCatchAll" ma:showField="CatchAllData" ma:web="5830566c-5530-4cd1-aa3e-3d53a1ffd28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85ad58-1d57-4f8a-aa71-77170459bd0d" elementFormDefault="qualified">
    <xsd:import namespace="http://schemas.microsoft.com/office/2006/documentManagement/types"/>
    <xsd:import namespace="http://schemas.microsoft.com/office/infopath/2007/PartnerControls"/>
    <xsd:element name="SharedWithUsers" ma:index="11" nillable="true" ma:displayName="Shared With" ma:internalName="_x0024_Resources_x003a_core_x002c_SharedWithFieldDisplayName_x003b_"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72CEE2-15F5-44C5-A402-30BAA2C0610A}">
  <ds:schemaRefs>
    <ds:schemaRef ds:uri="http://schemas.microsoft.com/office/2006/metadata/properties"/>
    <ds:schemaRef ds:uri="http://schemas.microsoft.com/office/infopath/2007/PartnerControls"/>
    <ds:schemaRef ds:uri="http://schemas.microsoft.com/sharepoint/v3"/>
    <ds:schemaRef ds:uri="c1f2f9ee-a915-4097-b5bc-c16f7e75d42e"/>
    <ds:schemaRef ds:uri="5830566c-5530-4cd1-aa3e-3d53a1ffd281"/>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88231110-59AA-4E80-BD91-A651EFE3E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f2f9ee-a915-4097-b5bc-c16f7e75d42e"/>
    <ds:schemaRef ds:uri="5830566c-5530-4cd1-aa3e-3d53a1ffd281"/>
    <ds:schemaRef ds:uri="a785ad58-1d57-4f8a-aa71-77170459b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00BA47-E475-4EF4-AA04-A4CC1248F5CC}">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11</TotalTime>
  <Pages>5</Pages>
  <Words>2193</Words>
  <Characters>12504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14668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Wootton medical centre</dc:title>
  <dc:subject/>
  <dc:creator>MAROTTA, Lisa (WOOTTON MEDICAL CENTRE)</dc:creator>
  <cp:keywords/>
  <dc:description>generated by python-docx</dc:description>
  <cp:lastModifiedBy>MAROTTA, Lisa (WOOTTON MEDICAL CENTRE)</cp:lastModifiedBy>
  <cp:revision>12</cp:revision>
  <cp:lastPrinted>2026-07-13T15:14:00Z</cp:lastPrinted>
  <dcterms:created xsi:type="dcterms:W3CDTF">2026-07-13T15:15:00Z</dcterms:created>
  <dcterms:modified xsi:type="dcterms:W3CDTF">2026-08-18T14:21:00Z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0x0101009C7B0B5BA75B9E489C6769075405A488</vt:lpwstr>
  </property>
  <property fmtid="{D5CDD505-2E9C-101B-9397-08002B2CF9AE}" pid="3" name="TaxKeyword">
    <vt:lpwstr/>
  </property>
  <property fmtid="{D5CDD505-2E9C-101B-9397-08002B2CF9AE}" pid="4" name="MediaServiceImageTags">
    <vt:lpwstr/>
  </property>
</Properties>
</file>